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75A70" w14:textId="77777777" w:rsidR="004279C7" w:rsidRPr="007949A6" w:rsidRDefault="002B23CE">
      <w:pPr>
        <w:jc w:val="center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  <w:sz w:val="28"/>
        </w:rPr>
        <w:t>INSPECTORATUL ȘCOLAR JUDEȚEAN GIURGIU</w:t>
      </w:r>
    </w:p>
    <w:p w14:paraId="355538A7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/>
      </w:r>
      <w:r w:rsidRPr="007949A6">
        <w:rPr>
          <w:rFonts w:ascii="Times New Roman" w:hAnsi="Times New Roman" w:cs="Times New Roman"/>
        </w:rPr>
        <w:br/>
      </w:r>
      <w:r w:rsidRPr="007949A6">
        <w:rPr>
          <w:rFonts w:ascii="Times New Roman" w:hAnsi="Times New Roman" w:cs="Times New Roman"/>
        </w:rPr>
        <w:br/>
      </w:r>
    </w:p>
    <w:p w14:paraId="216B40D4" w14:textId="77777777" w:rsidR="004279C7" w:rsidRPr="007949A6" w:rsidRDefault="002B23CE">
      <w:pPr>
        <w:jc w:val="center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  <w:color w:val="003366"/>
          <w:sz w:val="40"/>
        </w:rPr>
        <w:t>PROIECT DE RESURSĂ EDUCAȚIONALĂ DESCHISĂ</w:t>
      </w:r>
      <w:r w:rsidRPr="007949A6">
        <w:rPr>
          <w:rFonts w:ascii="Times New Roman" w:hAnsi="Times New Roman" w:cs="Times New Roman"/>
          <w:b/>
          <w:color w:val="003366"/>
          <w:sz w:val="40"/>
        </w:rPr>
        <w:br/>
        <w:t>(RED)</w:t>
      </w:r>
    </w:p>
    <w:p w14:paraId="2AA2B68B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/>
      </w:r>
    </w:p>
    <w:p w14:paraId="3F41CECF" w14:textId="70B738FA" w:rsidR="004279C7" w:rsidRPr="007949A6" w:rsidRDefault="002B23CE">
      <w:pPr>
        <w:jc w:val="center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  <w:sz w:val="52"/>
        </w:rPr>
        <w:t>IMPERIUL ROMAN</w:t>
      </w:r>
      <w:r w:rsidRPr="007949A6">
        <w:rPr>
          <w:rFonts w:ascii="Times New Roman" w:hAnsi="Times New Roman" w:cs="Times New Roman"/>
          <w:b/>
          <w:sz w:val="52"/>
        </w:rPr>
        <w:br/>
      </w:r>
      <w:proofErr w:type="spellStart"/>
      <w:r w:rsidRPr="007949A6">
        <w:rPr>
          <w:rFonts w:ascii="Times New Roman" w:hAnsi="Times New Roman" w:cs="Times New Roman"/>
          <w:b/>
          <w:sz w:val="52"/>
        </w:rPr>
        <w:t>Evoluție</w:t>
      </w:r>
      <w:proofErr w:type="spellEnd"/>
      <w:r w:rsidRPr="007949A6">
        <w:rPr>
          <w:rFonts w:ascii="Times New Roman" w:hAnsi="Times New Roman" w:cs="Times New Roman"/>
          <w:b/>
          <w:sz w:val="52"/>
        </w:rPr>
        <w:t xml:space="preserve"> </w:t>
      </w:r>
      <w:proofErr w:type="spellStart"/>
      <w:r w:rsidR="009D3E05" w:rsidRPr="007949A6">
        <w:rPr>
          <w:rFonts w:ascii="Times New Roman" w:hAnsi="Times New Roman" w:cs="Times New Roman"/>
          <w:b/>
          <w:sz w:val="52"/>
        </w:rPr>
        <w:t>p</w:t>
      </w:r>
      <w:r w:rsidRPr="007949A6">
        <w:rPr>
          <w:rFonts w:ascii="Times New Roman" w:hAnsi="Times New Roman" w:cs="Times New Roman"/>
          <w:b/>
          <w:sz w:val="52"/>
        </w:rPr>
        <w:t>olitică</w:t>
      </w:r>
      <w:proofErr w:type="spellEnd"/>
      <w:r w:rsidRPr="007949A6">
        <w:rPr>
          <w:rFonts w:ascii="Times New Roman" w:hAnsi="Times New Roman" w:cs="Times New Roman"/>
          <w:b/>
          <w:sz w:val="52"/>
        </w:rPr>
        <w:t xml:space="preserve">, </w:t>
      </w:r>
      <w:proofErr w:type="spellStart"/>
      <w:r w:rsidRPr="007949A6">
        <w:rPr>
          <w:rFonts w:ascii="Times New Roman" w:hAnsi="Times New Roman" w:cs="Times New Roman"/>
          <w:b/>
          <w:sz w:val="52"/>
        </w:rPr>
        <w:t>Administrație</w:t>
      </w:r>
      <w:proofErr w:type="spellEnd"/>
      <w:r w:rsidRPr="007949A6">
        <w:rPr>
          <w:rFonts w:ascii="Times New Roman" w:hAnsi="Times New Roman" w:cs="Times New Roman"/>
          <w:b/>
          <w:sz w:val="52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52"/>
        </w:rPr>
        <w:t>și</w:t>
      </w:r>
      <w:proofErr w:type="spellEnd"/>
      <w:r w:rsidRPr="007949A6">
        <w:rPr>
          <w:rFonts w:ascii="Times New Roman" w:hAnsi="Times New Roman" w:cs="Times New Roman"/>
          <w:b/>
          <w:sz w:val="52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52"/>
        </w:rPr>
        <w:t>Civilizație</w:t>
      </w:r>
      <w:proofErr w:type="spellEnd"/>
    </w:p>
    <w:p w14:paraId="5AA7ACA5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/>
      </w:r>
      <w:r w:rsidRPr="007949A6">
        <w:rPr>
          <w:rFonts w:ascii="Times New Roman" w:hAnsi="Times New Roman" w:cs="Times New Roman"/>
        </w:rPr>
        <w:br/>
      </w:r>
      <w:r w:rsidRPr="007949A6">
        <w:rPr>
          <w:rFonts w:ascii="Times New Roman" w:hAnsi="Times New Roman" w:cs="Times New Roman"/>
        </w:rPr>
        <w:br/>
      </w:r>
      <w:r w:rsidRPr="007949A6">
        <w:rPr>
          <w:rFonts w:ascii="Times New Roman" w:hAnsi="Times New Roman" w:cs="Times New Roman"/>
        </w:rPr>
        <w:br/>
      </w:r>
      <w:r w:rsidRPr="007949A6">
        <w:rPr>
          <w:rFonts w:ascii="Times New Roman" w:hAnsi="Times New Roman" w:cs="Times New Roman"/>
        </w:rPr>
        <w:br/>
      </w:r>
    </w:p>
    <w:p w14:paraId="6D9720C9" w14:textId="5C8A4E7C" w:rsidR="004279C7" w:rsidRPr="007949A6" w:rsidRDefault="002B23CE">
      <w:pPr>
        <w:jc w:val="righ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  <w:sz w:val="24"/>
        </w:rPr>
        <w:t>Disciplina: ISTORIE</w:t>
      </w:r>
      <w:r w:rsidRPr="007949A6">
        <w:rPr>
          <w:rFonts w:ascii="Times New Roman" w:hAnsi="Times New Roman" w:cs="Times New Roman"/>
          <w:b/>
          <w:sz w:val="24"/>
        </w:rPr>
        <w:br/>
        <w:t>Ciclul: Gimnazial</w:t>
      </w:r>
      <w:r w:rsidRPr="007949A6">
        <w:rPr>
          <w:rFonts w:ascii="Times New Roman" w:hAnsi="Times New Roman" w:cs="Times New Roman"/>
          <w:b/>
          <w:sz w:val="24"/>
        </w:rPr>
        <w:br/>
      </w:r>
      <w:proofErr w:type="spellStart"/>
      <w:proofErr w:type="gramStart"/>
      <w:r w:rsidRPr="007949A6">
        <w:rPr>
          <w:rFonts w:ascii="Times New Roman" w:hAnsi="Times New Roman" w:cs="Times New Roman"/>
          <w:b/>
          <w:sz w:val="24"/>
        </w:rPr>
        <w:t>Autor:</w:t>
      </w:r>
      <w:r w:rsidR="0069767E" w:rsidRPr="007949A6">
        <w:rPr>
          <w:rFonts w:ascii="Times New Roman" w:hAnsi="Times New Roman" w:cs="Times New Roman"/>
          <w:b/>
          <w:sz w:val="24"/>
        </w:rPr>
        <w:t>PROF</w:t>
      </w:r>
      <w:proofErr w:type="spellEnd"/>
      <w:r w:rsidR="0069767E" w:rsidRPr="007949A6">
        <w:rPr>
          <w:rFonts w:ascii="Times New Roman" w:hAnsi="Times New Roman" w:cs="Times New Roman"/>
          <w:b/>
          <w:sz w:val="24"/>
        </w:rPr>
        <w:t>.</w:t>
      </w:r>
      <w:proofErr w:type="gramEnd"/>
      <w:r w:rsidR="0069767E" w:rsidRPr="007949A6">
        <w:rPr>
          <w:rFonts w:ascii="Times New Roman" w:hAnsi="Times New Roman" w:cs="Times New Roman"/>
          <w:b/>
          <w:sz w:val="24"/>
        </w:rPr>
        <w:t xml:space="preserve"> </w:t>
      </w:r>
      <w:r w:rsidRPr="007949A6">
        <w:rPr>
          <w:rFonts w:ascii="Times New Roman" w:hAnsi="Times New Roman" w:cs="Times New Roman"/>
          <w:b/>
          <w:sz w:val="24"/>
        </w:rPr>
        <w:t xml:space="preserve"> </w:t>
      </w:r>
      <w:r w:rsidR="0069767E" w:rsidRPr="007949A6">
        <w:rPr>
          <w:rFonts w:ascii="Times New Roman" w:hAnsi="Times New Roman" w:cs="Times New Roman"/>
          <w:b/>
          <w:sz w:val="24"/>
        </w:rPr>
        <w:t>ANDREI DANIEL</w:t>
      </w:r>
      <w:r w:rsidRPr="007949A6">
        <w:rPr>
          <w:rFonts w:ascii="Times New Roman" w:hAnsi="Times New Roman" w:cs="Times New Roman"/>
          <w:b/>
          <w:sz w:val="24"/>
        </w:rPr>
        <w:br/>
        <w:t xml:space="preserve">An școlar: </w:t>
      </w:r>
      <w:r w:rsidRPr="007949A6">
        <w:rPr>
          <w:rFonts w:ascii="Times New Roman" w:hAnsi="Times New Roman" w:cs="Times New Roman"/>
          <w:b/>
          <w:sz w:val="24"/>
        </w:rPr>
        <w:t>2025-2026</w:t>
      </w:r>
    </w:p>
    <w:p w14:paraId="18D24BD2" w14:textId="0CD440D2" w:rsidR="004279C7" w:rsidRPr="007949A6" w:rsidRDefault="002B23CE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 w:type="page"/>
      </w:r>
    </w:p>
    <w:p w14:paraId="0F417503" w14:textId="77777777" w:rsidR="00052BE5" w:rsidRPr="007949A6" w:rsidRDefault="009D3E05" w:rsidP="00052BE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949A6">
        <w:rPr>
          <w:rFonts w:ascii="Times New Roman" w:hAnsi="Times New Roman" w:cs="Times New Roman"/>
          <w:b/>
          <w:sz w:val="36"/>
          <w:szCs w:val="36"/>
        </w:rPr>
        <w:lastRenderedPageBreak/>
        <w:t>IMPERIUL ROMAN</w:t>
      </w:r>
      <w:r w:rsidRPr="007949A6">
        <w:rPr>
          <w:rFonts w:ascii="Times New Roman" w:hAnsi="Times New Roman" w:cs="Times New Roman"/>
          <w:b/>
          <w:sz w:val="36"/>
          <w:szCs w:val="36"/>
        </w:rPr>
        <w:br/>
      </w:r>
      <w:proofErr w:type="spellStart"/>
      <w:r w:rsidRPr="007949A6">
        <w:rPr>
          <w:rFonts w:ascii="Times New Roman" w:hAnsi="Times New Roman" w:cs="Times New Roman"/>
          <w:b/>
          <w:sz w:val="36"/>
          <w:szCs w:val="36"/>
        </w:rPr>
        <w:t>Evoluție</w:t>
      </w:r>
      <w:proofErr w:type="spellEnd"/>
      <w:r w:rsidRPr="007949A6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36"/>
          <w:szCs w:val="36"/>
        </w:rPr>
        <w:t>p</w:t>
      </w:r>
      <w:r w:rsidRPr="007949A6">
        <w:rPr>
          <w:rFonts w:ascii="Times New Roman" w:hAnsi="Times New Roman" w:cs="Times New Roman"/>
          <w:b/>
          <w:sz w:val="36"/>
          <w:szCs w:val="36"/>
        </w:rPr>
        <w:t>olitică</w:t>
      </w:r>
      <w:proofErr w:type="spellEnd"/>
      <w:r w:rsidRPr="007949A6">
        <w:rPr>
          <w:rFonts w:ascii="Times New Roman" w:hAnsi="Times New Roman" w:cs="Times New Roman"/>
          <w:b/>
          <w:sz w:val="36"/>
          <w:szCs w:val="36"/>
        </w:rPr>
        <w:t xml:space="preserve">, </w:t>
      </w:r>
      <w:proofErr w:type="spellStart"/>
      <w:r w:rsidRPr="007949A6">
        <w:rPr>
          <w:rFonts w:ascii="Times New Roman" w:hAnsi="Times New Roman" w:cs="Times New Roman"/>
          <w:b/>
          <w:sz w:val="36"/>
          <w:szCs w:val="36"/>
        </w:rPr>
        <w:t>Administrație</w:t>
      </w:r>
      <w:proofErr w:type="spellEnd"/>
      <w:r w:rsidRPr="007949A6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36"/>
          <w:szCs w:val="36"/>
        </w:rPr>
        <w:t>și</w:t>
      </w:r>
      <w:proofErr w:type="spellEnd"/>
      <w:r w:rsidRPr="007949A6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36"/>
          <w:szCs w:val="36"/>
        </w:rPr>
        <w:t>Civilizație</w:t>
      </w:r>
      <w:proofErr w:type="spellEnd"/>
    </w:p>
    <w:p w14:paraId="56B380F1" w14:textId="2E4B0667" w:rsidR="004279C7" w:rsidRPr="007949A6" w:rsidRDefault="002B23CE" w:rsidP="00052BE5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I. ORIGINILE ROMEI ȘI REGALITATEA</w:t>
      </w:r>
    </w:p>
    <w:p w14:paraId="3F668C98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>Informații de</w:t>
      </w:r>
      <w:r w:rsidRPr="007949A6">
        <w:rPr>
          <w:rFonts w:ascii="Times New Roman" w:hAnsi="Times New Roman" w:cs="Times New Roman"/>
          <w:b/>
        </w:rPr>
        <w:t>taliate:</w:t>
      </w:r>
      <w:r w:rsidRPr="007949A6">
        <w:rPr>
          <w:rFonts w:ascii="Times New Roman" w:hAnsi="Times New Roman" w:cs="Times New Roman"/>
          <w:b/>
        </w:rPr>
        <w:br/>
      </w:r>
    </w:p>
    <w:p w14:paraId="5C2C8466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Întemeierea Romei (753 î.Hr.): Conform legendei, frații Romulus și Remus au fondat cetatea pe cele șapte coline de pe malul Tibrului.</w:t>
      </w:r>
    </w:p>
    <w:p w14:paraId="32E02D73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Structura Socială Timpurie: Patricienii (aristocrația funciară) și Plebeii (oamenii de rând).</w:t>
      </w:r>
    </w:p>
    <w:p w14:paraId="5D3C59EF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Perioada celor Șap</w:t>
      </w:r>
      <w:r w:rsidRPr="007949A6">
        <w:rPr>
          <w:rFonts w:ascii="Times New Roman" w:hAnsi="Times New Roman" w:cs="Times New Roman"/>
        </w:rPr>
        <w:t>te Regi: De la Romulus la Tarquinius Superbus. Roma adoptă influențe etrusce în religie, arhitectură și simboluri ale puterii.</w:t>
      </w:r>
    </w:p>
    <w:p w14:paraId="6F5318C3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Trecerea la Republică (509 î.Hr.): Alungarea ultimului rege și stabilirea unui regim bazat pe alegerea magistraților.</w:t>
      </w:r>
    </w:p>
    <w:p w14:paraId="7BD1C405" w14:textId="7D4480F9" w:rsidR="00052BE5" w:rsidRPr="007949A6" w:rsidRDefault="00052BE5" w:rsidP="00052BE5">
      <w:pPr>
        <w:jc w:val="both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 xml:space="preserve">         </w:t>
      </w:r>
      <w:r w:rsidR="002B23CE" w:rsidRPr="007949A6">
        <w:rPr>
          <w:rFonts w:ascii="Times New Roman" w:hAnsi="Times New Roman" w:cs="Times New Roman"/>
        </w:rPr>
        <w:t>.</w:t>
      </w:r>
    </w:p>
    <w:p w14:paraId="5C86DDB7" w14:textId="187C839C" w:rsidR="004279C7" w:rsidRPr="007949A6" w:rsidRDefault="00052BE5" w:rsidP="00052BE5">
      <w:pPr>
        <w:jc w:val="both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 xml:space="preserve">II. </w:t>
      </w:r>
      <w:r w:rsidR="002B23CE" w:rsidRPr="007949A6">
        <w:rPr>
          <w:rFonts w:ascii="Times New Roman" w:hAnsi="Times New Roman" w:cs="Times New Roman"/>
        </w:rPr>
        <w:t>REPUBLICA ROMANĂ: INSTITUȚII ȘI CONFLICTE</w:t>
      </w:r>
    </w:p>
    <w:p w14:paraId="3CF4ACFE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>Informații detaliate:</w:t>
      </w:r>
      <w:r w:rsidRPr="007949A6">
        <w:rPr>
          <w:rFonts w:ascii="Times New Roman" w:hAnsi="Times New Roman" w:cs="Times New Roman"/>
          <w:b/>
        </w:rPr>
        <w:br/>
      </w:r>
    </w:p>
    <w:p w14:paraId="119D5B40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Senatul: Organul suprem de cond</w:t>
      </w:r>
      <w:r w:rsidRPr="007949A6">
        <w:rPr>
          <w:rFonts w:ascii="Times New Roman" w:hAnsi="Times New Roman" w:cs="Times New Roman"/>
        </w:rPr>
        <w:t>ucere, responsabil de politica externă și finanțe.</w:t>
      </w:r>
    </w:p>
    <w:p w14:paraId="5CC26AF5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Magistraturile: Consulii (conducerea armatei), Pretorii (justiția), Edilii (administrația orașului), Chestorii (trezoreria).</w:t>
      </w:r>
    </w:p>
    <w:p w14:paraId="298E2880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 xml:space="preserve">Lupta dintre Patricieni și Plebei: Plebeii obțin crearea funcției de </w:t>
      </w:r>
      <w:r w:rsidRPr="007949A6">
        <w:rPr>
          <w:rFonts w:ascii="Times New Roman" w:hAnsi="Times New Roman" w:cs="Times New Roman"/>
        </w:rPr>
        <w:t>Tribun al Plebei și Legile celor XII Table.</w:t>
      </w:r>
    </w:p>
    <w:p w14:paraId="4DB474C4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Expansiunea în Mediterana: Războaiele Punice împotriva Cartaginei (Hannibal vs. Scipio Africanul) și transformarea Romei în 'Stăpâna Lumii'.</w:t>
      </w:r>
    </w:p>
    <w:p w14:paraId="1EF05ADF" w14:textId="2A381E50" w:rsidR="00052BE5" w:rsidRPr="007949A6" w:rsidRDefault="00052BE5" w:rsidP="00052BE5">
      <w:pPr>
        <w:jc w:val="both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 xml:space="preserve">       </w:t>
      </w:r>
    </w:p>
    <w:p w14:paraId="3979BAAF" w14:textId="5EAD61E3" w:rsidR="004279C7" w:rsidRPr="007949A6" w:rsidRDefault="002B23CE" w:rsidP="00052BE5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III. ARMATA ROMANĂ – MOTORUL IMPERIULUI</w:t>
      </w:r>
    </w:p>
    <w:p w14:paraId="0DFB8EF0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>Informații detaliate:</w:t>
      </w:r>
      <w:r w:rsidRPr="007949A6">
        <w:rPr>
          <w:rFonts w:ascii="Times New Roman" w:hAnsi="Times New Roman" w:cs="Times New Roman"/>
          <w:b/>
        </w:rPr>
        <w:br/>
      </w:r>
    </w:p>
    <w:p w14:paraId="06A74BFB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Organizarea Legiunii: Unități de 4.000-6.000 de soldați, divizate în cohorte și centurii.</w:t>
      </w:r>
    </w:p>
    <w:p w14:paraId="5B1A97E6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Echipam</w:t>
      </w:r>
      <w:r w:rsidRPr="007949A6">
        <w:rPr>
          <w:rFonts w:ascii="Times New Roman" w:hAnsi="Times New Roman" w:cs="Times New Roman"/>
        </w:rPr>
        <w:t>entul Legionarului: Gladius (sabia scurtă), Pilum (sulița de aruncat), Scutum (scutul rectangular).</w:t>
      </w:r>
    </w:p>
    <w:p w14:paraId="264249D8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Disciplina și Castrele: Construirea de tabere militare fortificate care au devenit nucleele viitoarelor orașe europene.</w:t>
      </w:r>
    </w:p>
    <w:p w14:paraId="58179D89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 xml:space="preserve">Drumurile Romane: 'Viae </w:t>
      </w:r>
      <w:r w:rsidRPr="007949A6">
        <w:rPr>
          <w:rFonts w:ascii="Times New Roman" w:hAnsi="Times New Roman" w:cs="Times New Roman"/>
        </w:rPr>
        <w:t>Romanae' au asigurat deplasarea rapidă a trupelor și comunicarea între provincii.</w:t>
      </w:r>
    </w:p>
    <w:p w14:paraId="6041D02B" w14:textId="6B5337A8" w:rsidR="004279C7" w:rsidRPr="007949A6" w:rsidRDefault="002B23CE" w:rsidP="00052BE5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IV. TRA</w:t>
      </w:r>
      <w:r w:rsidRPr="007949A6">
        <w:rPr>
          <w:rFonts w:ascii="Times New Roman" w:hAnsi="Times New Roman" w:cs="Times New Roman"/>
        </w:rPr>
        <w:t>NZIȚIA LA IMPERIU. OCTAVIAN AUGUSTUS</w:t>
      </w:r>
    </w:p>
    <w:p w14:paraId="57DBF0BD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>Informații detaliate:</w:t>
      </w:r>
      <w:r w:rsidRPr="007949A6">
        <w:rPr>
          <w:rFonts w:ascii="Times New Roman" w:hAnsi="Times New Roman" w:cs="Times New Roman"/>
          <w:b/>
        </w:rPr>
        <w:br/>
      </w:r>
    </w:p>
    <w:p w14:paraId="2BAF6AD0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lastRenderedPageBreak/>
        <w:t>Criza Republicii: Războaiele civile, ascensiunea generalilor (Caesar, Pompeius, Crassus).</w:t>
      </w:r>
    </w:p>
    <w:p w14:paraId="03A17379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 xml:space="preserve">Principatul lui Augustus (27 î.Hr. - 14 d.Hr.): Octavian devine primul împărat, acumulând titluri supreme </w:t>
      </w:r>
      <w:r w:rsidRPr="007949A6">
        <w:rPr>
          <w:rFonts w:ascii="Times New Roman" w:hAnsi="Times New Roman" w:cs="Times New Roman"/>
        </w:rPr>
        <w:t>(Princeps, Imperator, Pontifex Maximus).</w:t>
      </w:r>
    </w:p>
    <w:p w14:paraId="63D7AE7D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Pax Romana: O perioadă de două secole de stabilitate și prosperitate fără precedent.</w:t>
      </w:r>
    </w:p>
    <w:p w14:paraId="644DE0D4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Administrația Provinciilor: Împărțirea în provincii senatoriale (liniștite) și imperiale (aflate la frontieră).</w:t>
      </w:r>
    </w:p>
    <w:p w14:paraId="4E166E3F" w14:textId="6F56F83F" w:rsidR="004279C7" w:rsidRPr="007949A6" w:rsidRDefault="002B23CE" w:rsidP="00052BE5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V. ARHITECTURA ȘI INGINERIA ROMANĂ</w:t>
      </w:r>
    </w:p>
    <w:p w14:paraId="4D904838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>Informații detaliate:</w:t>
      </w:r>
      <w:r w:rsidRPr="007949A6">
        <w:rPr>
          <w:rFonts w:ascii="Times New Roman" w:hAnsi="Times New Roman" w:cs="Times New Roman"/>
          <w:b/>
        </w:rPr>
        <w:br/>
      </w:r>
    </w:p>
    <w:p w14:paraId="332F6450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 xml:space="preserve">Inovații Tehnice: Utilizarea pe scară largă </w:t>
      </w:r>
      <w:proofErr w:type="gramStart"/>
      <w:r w:rsidRPr="007949A6">
        <w:rPr>
          <w:rFonts w:ascii="Times New Roman" w:hAnsi="Times New Roman" w:cs="Times New Roman"/>
        </w:rPr>
        <w:t>a</w:t>
      </w:r>
      <w:proofErr w:type="gramEnd"/>
      <w:r w:rsidRPr="007949A6">
        <w:rPr>
          <w:rFonts w:ascii="Times New Roman" w:hAnsi="Times New Roman" w:cs="Times New Roman"/>
        </w:rPr>
        <w:t xml:space="preserve"> arc</w:t>
      </w:r>
      <w:r w:rsidRPr="007949A6">
        <w:rPr>
          <w:rFonts w:ascii="Times New Roman" w:hAnsi="Times New Roman" w:cs="Times New Roman"/>
        </w:rPr>
        <w:t>ului, boltei, cupolei și a betonului roman (opus caementicium).</w:t>
      </w:r>
    </w:p>
    <w:p w14:paraId="3C280DFB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Monumente Emblematice: Colosseumul (amfiteatru pentru spectacole), Panteonul (templul tuturor zeilor), Forumul Roman (centrul civic).</w:t>
      </w:r>
    </w:p>
    <w:p w14:paraId="67AD2382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Utilități Publice: Apeductele (transportul apei pe distanț</w:t>
      </w:r>
      <w:r w:rsidRPr="007949A6">
        <w:rPr>
          <w:rFonts w:ascii="Times New Roman" w:hAnsi="Times New Roman" w:cs="Times New Roman"/>
        </w:rPr>
        <w:t>e mari), Termele (complexele de băi și socializare).</w:t>
      </w:r>
    </w:p>
    <w:p w14:paraId="78381D72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Podurile și Viaductele: Construcții durabile care au facilitat comerțul și tranzitul militar.</w:t>
      </w:r>
    </w:p>
    <w:p w14:paraId="33E42EB7" w14:textId="49A8F8B1" w:rsidR="004279C7" w:rsidRPr="007949A6" w:rsidRDefault="002B23CE" w:rsidP="00052BE5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VI. VIAȚA COTIDIANĂ ȘI STRUCTURA SOCIALĂ</w:t>
      </w:r>
    </w:p>
    <w:p w14:paraId="53E100F7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>Informații detaliate:</w:t>
      </w:r>
      <w:r w:rsidRPr="007949A6">
        <w:rPr>
          <w:rFonts w:ascii="Times New Roman" w:hAnsi="Times New Roman" w:cs="Times New Roman"/>
          <w:b/>
        </w:rPr>
        <w:br/>
      </w:r>
    </w:p>
    <w:p w14:paraId="79EEDF71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Familia Romană: Autoritatea absolută a tatălui (Pater familias).</w:t>
      </w:r>
    </w:p>
    <w:p w14:paraId="5BFED87A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 xml:space="preserve">Locuirea: Domus (case private luxoase) și Insulae (blocuri de </w:t>
      </w:r>
      <w:r w:rsidRPr="007949A6">
        <w:rPr>
          <w:rFonts w:ascii="Times New Roman" w:hAnsi="Times New Roman" w:cs="Times New Roman"/>
        </w:rPr>
        <w:t>apartamente pentru plebei).</w:t>
      </w:r>
    </w:p>
    <w:p w14:paraId="5AC3A5D9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Divertismentul: Curse de care în Circus Maximus și luptele de gladiatori (Panem et Circenses).</w:t>
      </w:r>
    </w:p>
    <w:p w14:paraId="1EBE5465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Educația: Importanța retoricii, dreptului și a limbii latine.</w:t>
      </w:r>
    </w:p>
    <w:p w14:paraId="5E28FCA9" w14:textId="77777777" w:rsidR="00052BE5" w:rsidRPr="007949A6" w:rsidRDefault="00052BE5" w:rsidP="00052BE5">
      <w:pPr>
        <w:rPr>
          <w:rFonts w:ascii="Times New Roman" w:hAnsi="Times New Roman" w:cs="Times New Roman"/>
        </w:rPr>
      </w:pPr>
    </w:p>
    <w:p w14:paraId="28AEE6BC" w14:textId="4814B9CE" w:rsidR="004279C7" w:rsidRPr="007949A6" w:rsidRDefault="002B23CE" w:rsidP="00052BE5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VII. RELIGIA: DE LA POLITEISM LA CREȘTINISM</w:t>
      </w:r>
    </w:p>
    <w:p w14:paraId="58D68E5D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>Informații detaliate:</w:t>
      </w:r>
      <w:r w:rsidRPr="007949A6">
        <w:rPr>
          <w:rFonts w:ascii="Times New Roman" w:hAnsi="Times New Roman" w:cs="Times New Roman"/>
          <w:b/>
        </w:rPr>
        <w:br/>
      </w:r>
    </w:p>
    <w:p w14:paraId="3A207E58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Panteonul Roman: Zei adoptați de la greci (Jupiter, Marte, Venus, Neptun).</w:t>
      </w:r>
    </w:p>
    <w:p w14:paraId="0B9BD9C7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Cultul Împăratului</w:t>
      </w:r>
      <w:r w:rsidRPr="007949A6">
        <w:rPr>
          <w:rFonts w:ascii="Times New Roman" w:hAnsi="Times New Roman" w:cs="Times New Roman"/>
        </w:rPr>
        <w:t>: Obligativitatea aducerii de jertfe imaginii împăratului pentru a demonstra loialitatea față de stat.</w:t>
      </w:r>
    </w:p>
    <w:p w14:paraId="74FE58AB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Apariția Creștinismului: În provincia Iudeea, sub domnia lui Tiberius. Persecuțiile din secolele I-III.</w:t>
      </w:r>
    </w:p>
    <w:p w14:paraId="5C9C8CDC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Oficializarea: Edictul de la Milano (313 - Consta</w:t>
      </w:r>
      <w:r w:rsidRPr="007949A6">
        <w:rPr>
          <w:rFonts w:ascii="Times New Roman" w:hAnsi="Times New Roman" w:cs="Times New Roman"/>
        </w:rPr>
        <w:t xml:space="preserve">ntin cel Mare) și proclamarea ca religie de stat (380 - </w:t>
      </w:r>
      <w:proofErr w:type="spellStart"/>
      <w:r w:rsidRPr="007949A6">
        <w:rPr>
          <w:rFonts w:ascii="Times New Roman" w:hAnsi="Times New Roman" w:cs="Times New Roman"/>
        </w:rPr>
        <w:t>Teodosiu</w:t>
      </w:r>
      <w:proofErr w:type="spellEnd"/>
      <w:r w:rsidRPr="007949A6">
        <w:rPr>
          <w:rFonts w:ascii="Times New Roman" w:hAnsi="Times New Roman" w:cs="Times New Roman"/>
        </w:rPr>
        <w:t xml:space="preserve"> I).</w:t>
      </w:r>
    </w:p>
    <w:p w14:paraId="5096F221" w14:textId="572DBB0B" w:rsidR="004279C7" w:rsidRPr="007949A6" w:rsidRDefault="002B23CE" w:rsidP="00052BE5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 xml:space="preserve">VIII. ROMANIZAREA – </w:t>
      </w:r>
      <w:r w:rsidRPr="007949A6">
        <w:rPr>
          <w:rFonts w:ascii="Times New Roman" w:hAnsi="Times New Roman" w:cs="Times New Roman"/>
        </w:rPr>
        <w:t>MOȘTENIREA LINGVISTICĂ</w:t>
      </w:r>
    </w:p>
    <w:p w14:paraId="49D3B826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>Informații detaliate:</w:t>
      </w:r>
      <w:r w:rsidRPr="007949A6">
        <w:rPr>
          <w:rFonts w:ascii="Times New Roman" w:hAnsi="Times New Roman" w:cs="Times New Roman"/>
          <w:b/>
        </w:rPr>
        <w:br/>
      </w:r>
    </w:p>
    <w:p w14:paraId="5A4C73AD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Definiție: Procesul de adoptare a culturii, limbii latine și modului de viață roman de către popoarele cucerite.</w:t>
      </w:r>
    </w:p>
    <w:p w14:paraId="41FEA6F0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Factorii Romanizării: Armata, administrația, coloniștii, limba latină, școala și căsătoriile mixt</w:t>
      </w:r>
      <w:r w:rsidRPr="007949A6">
        <w:rPr>
          <w:rFonts w:ascii="Times New Roman" w:hAnsi="Times New Roman" w:cs="Times New Roman"/>
        </w:rPr>
        <w:t>e.</w:t>
      </w:r>
    </w:p>
    <w:p w14:paraId="61571F06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lastRenderedPageBreak/>
        <w:t>Consecințe: Formarea popoarelor neolatine (români, italieni, francezi, spanioli, portughezi).</w:t>
      </w:r>
    </w:p>
    <w:p w14:paraId="664E2136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 xml:space="preserve">Codul lui Iustinian: Sinteza dreptului roman care </w:t>
      </w:r>
      <w:proofErr w:type="gramStart"/>
      <w:r w:rsidRPr="007949A6">
        <w:rPr>
          <w:rFonts w:ascii="Times New Roman" w:hAnsi="Times New Roman" w:cs="Times New Roman"/>
        </w:rPr>
        <w:t>a</w:t>
      </w:r>
      <w:proofErr w:type="gramEnd"/>
      <w:r w:rsidRPr="007949A6">
        <w:rPr>
          <w:rFonts w:ascii="Times New Roman" w:hAnsi="Times New Roman" w:cs="Times New Roman"/>
        </w:rPr>
        <w:t xml:space="preserve"> influențat toate sistemele juridice europene ulterioare.</w:t>
      </w:r>
    </w:p>
    <w:p w14:paraId="5E5D145E" w14:textId="2E726B03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.</w:t>
      </w:r>
    </w:p>
    <w:p w14:paraId="3250746A" w14:textId="2BAF7754" w:rsidR="004279C7" w:rsidRPr="007949A6" w:rsidRDefault="002B23CE" w:rsidP="00052BE5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IX. CRIZA ȘI PRĂBUȘIREA IMPERIULUI</w:t>
      </w:r>
    </w:p>
    <w:p w14:paraId="538ED27C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>Informații detaliate:</w:t>
      </w:r>
      <w:r w:rsidRPr="007949A6">
        <w:rPr>
          <w:rFonts w:ascii="Times New Roman" w:hAnsi="Times New Roman" w:cs="Times New Roman"/>
          <w:b/>
        </w:rPr>
        <w:br/>
      </w:r>
    </w:p>
    <w:p w14:paraId="292DBFEE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Criza Secolului III: Instabilitate politică, inflație și primele invazii barbare.</w:t>
      </w:r>
    </w:p>
    <w:p w14:paraId="5B28E1FB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Reformele lui Dioclețian: Tetrarhia (conducerea în patru).</w:t>
      </w:r>
    </w:p>
    <w:p w14:paraId="4A722FD4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Împărțirea Imperiului (395): Teodosiu I împarte imperiul între cei doi fii ai săi (Apus și Răsărit).</w:t>
      </w:r>
    </w:p>
    <w:p w14:paraId="19A1A319" w14:textId="77777777" w:rsidR="004279C7" w:rsidRPr="007949A6" w:rsidRDefault="002B23CE">
      <w:pPr>
        <w:pStyle w:val="ListBullet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 xml:space="preserve">Anul 476 d.Hr.: Căderea Romei în mâinile lui Odoacru și sfârșitul Antichității în Europa de </w:t>
      </w:r>
      <w:r w:rsidRPr="007949A6">
        <w:rPr>
          <w:rFonts w:ascii="Times New Roman" w:hAnsi="Times New Roman" w:cs="Times New Roman"/>
        </w:rPr>
        <w:t>Vest.</w:t>
      </w:r>
    </w:p>
    <w:p w14:paraId="6ADFEA46" w14:textId="77777777" w:rsidR="007949A6" w:rsidRPr="007949A6" w:rsidRDefault="002B23CE" w:rsidP="007949A6">
      <w:pPr>
        <w:jc w:val="center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 w:type="page"/>
      </w:r>
      <w:r w:rsidR="007949A6" w:rsidRPr="007949A6">
        <w:rPr>
          <w:rFonts w:ascii="Times New Roman" w:hAnsi="Times New Roman" w:cs="Times New Roman"/>
          <w:b/>
          <w:color w:val="003366"/>
          <w:sz w:val="32"/>
        </w:rPr>
        <w:lastRenderedPageBreak/>
        <w:t>FIȘĂ DE LUCRU NR. 1</w:t>
      </w:r>
      <w:r w:rsidR="007949A6" w:rsidRPr="007949A6">
        <w:rPr>
          <w:rFonts w:ascii="Times New Roman" w:hAnsi="Times New Roman" w:cs="Times New Roman"/>
          <w:b/>
          <w:color w:val="003366"/>
          <w:sz w:val="32"/>
        </w:rPr>
        <w:br/>
      </w:r>
      <w:proofErr w:type="spellStart"/>
      <w:r w:rsidR="007949A6" w:rsidRPr="007949A6">
        <w:rPr>
          <w:rFonts w:ascii="Times New Roman" w:hAnsi="Times New Roman" w:cs="Times New Roman"/>
          <w:b/>
          <w:sz w:val="28"/>
        </w:rPr>
        <w:t>Originile</w:t>
      </w:r>
      <w:proofErr w:type="spellEnd"/>
      <w:r w:rsidR="007949A6"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7949A6" w:rsidRPr="007949A6">
        <w:rPr>
          <w:rFonts w:ascii="Times New Roman" w:hAnsi="Times New Roman" w:cs="Times New Roman"/>
          <w:b/>
          <w:sz w:val="28"/>
        </w:rPr>
        <w:t>Romei</w:t>
      </w:r>
      <w:proofErr w:type="spellEnd"/>
      <w:r w:rsidR="007949A6"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7949A6" w:rsidRPr="007949A6">
        <w:rPr>
          <w:rFonts w:ascii="Times New Roman" w:hAnsi="Times New Roman" w:cs="Times New Roman"/>
          <w:b/>
          <w:sz w:val="28"/>
        </w:rPr>
        <w:t>și</w:t>
      </w:r>
      <w:proofErr w:type="spellEnd"/>
      <w:r w:rsidR="007949A6"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7949A6" w:rsidRPr="007949A6">
        <w:rPr>
          <w:rFonts w:ascii="Times New Roman" w:hAnsi="Times New Roman" w:cs="Times New Roman"/>
          <w:b/>
          <w:sz w:val="28"/>
        </w:rPr>
        <w:t>Perioada</w:t>
      </w:r>
      <w:proofErr w:type="spellEnd"/>
      <w:r w:rsidR="007949A6"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7949A6" w:rsidRPr="007949A6">
        <w:rPr>
          <w:rFonts w:ascii="Times New Roman" w:hAnsi="Times New Roman" w:cs="Times New Roman"/>
          <w:b/>
          <w:sz w:val="28"/>
        </w:rPr>
        <w:t>Republicii</w:t>
      </w:r>
      <w:proofErr w:type="spellEnd"/>
    </w:p>
    <w:p w14:paraId="2B2B5DB1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/>
      </w:r>
      <w:proofErr w:type="spellStart"/>
      <w:r w:rsidRPr="007949A6">
        <w:rPr>
          <w:rFonts w:ascii="Times New Roman" w:hAnsi="Times New Roman" w:cs="Times New Roman"/>
        </w:rPr>
        <w:t>Nume</w:t>
      </w:r>
      <w:proofErr w:type="spellEnd"/>
      <w:r w:rsidRPr="007949A6">
        <w:rPr>
          <w:rFonts w:ascii="Times New Roman" w:hAnsi="Times New Roman" w:cs="Times New Roman"/>
        </w:rPr>
        <w:t xml:space="preserve"> </w:t>
      </w:r>
      <w:proofErr w:type="spellStart"/>
      <w:r w:rsidRPr="007949A6">
        <w:rPr>
          <w:rFonts w:ascii="Times New Roman" w:hAnsi="Times New Roman" w:cs="Times New Roman"/>
        </w:rPr>
        <w:t>și</w:t>
      </w:r>
      <w:proofErr w:type="spellEnd"/>
      <w:r w:rsidRPr="007949A6">
        <w:rPr>
          <w:rFonts w:ascii="Times New Roman" w:hAnsi="Times New Roman" w:cs="Times New Roman"/>
        </w:rPr>
        <w:t xml:space="preserve"> </w:t>
      </w:r>
      <w:proofErr w:type="spellStart"/>
      <w:r w:rsidRPr="007949A6">
        <w:rPr>
          <w:rFonts w:ascii="Times New Roman" w:hAnsi="Times New Roman" w:cs="Times New Roman"/>
        </w:rPr>
        <w:t>prenume</w:t>
      </w:r>
      <w:proofErr w:type="spellEnd"/>
      <w:r w:rsidRPr="007949A6">
        <w:rPr>
          <w:rFonts w:ascii="Times New Roman" w:hAnsi="Times New Roman" w:cs="Times New Roman"/>
        </w:rPr>
        <w:t>: _________________________________    Data: ________</w:t>
      </w:r>
    </w:p>
    <w:p w14:paraId="39B61642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--------------------------------------------------------------------------------</w:t>
      </w:r>
    </w:p>
    <w:p w14:paraId="1980BC58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1. </w:t>
      </w:r>
      <w:proofErr w:type="spellStart"/>
      <w:r w:rsidRPr="007949A6">
        <w:rPr>
          <w:rFonts w:ascii="Times New Roman" w:hAnsi="Times New Roman" w:cs="Times New Roman"/>
          <w:b/>
        </w:rPr>
        <w:t>Numiți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cei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doi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frați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legendari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considerați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întemeietorii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Romei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anul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fondării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cetății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7AC631B0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206D3635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8C5601B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2. Pe </w:t>
      </w:r>
      <w:proofErr w:type="spellStart"/>
      <w:r w:rsidRPr="007949A6">
        <w:rPr>
          <w:rFonts w:ascii="Times New Roman" w:hAnsi="Times New Roman" w:cs="Times New Roman"/>
          <w:b/>
        </w:rPr>
        <w:t>malul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cărui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râu</w:t>
      </w:r>
      <w:proofErr w:type="spellEnd"/>
      <w:r w:rsidRPr="007949A6">
        <w:rPr>
          <w:rFonts w:ascii="Times New Roman" w:hAnsi="Times New Roman" w:cs="Times New Roman"/>
          <w:b/>
        </w:rPr>
        <w:t xml:space="preserve"> a </w:t>
      </w:r>
      <w:proofErr w:type="spellStart"/>
      <w:r w:rsidRPr="007949A6">
        <w:rPr>
          <w:rFonts w:ascii="Times New Roman" w:hAnsi="Times New Roman" w:cs="Times New Roman"/>
          <w:b/>
        </w:rPr>
        <w:t>fost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întemeiată</w:t>
      </w:r>
      <w:proofErr w:type="spellEnd"/>
      <w:r w:rsidRPr="007949A6">
        <w:rPr>
          <w:rFonts w:ascii="Times New Roman" w:hAnsi="Times New Roman" w:cs="Times New Roman"/>
          <w:b/>
        </w:rPr>
        <w:t xml:space="preserve"> Roma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pe </w:t>
      </w:r>
      <w:proofErr w:type="spellStart"/>
      <w:r w:rsidRPr="007949A6">
        <w:rPr>
          <w:rFonts w:ascii="Times New Roman" w:hAnsi="Times New Roman" w:cs="Times New Roman"/>
          <w:b/>
        </w:rPr>
        <w:t>câte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coline</w:t>
      </w:r>
      <w:proofErr w:type="spellEnd"/>
      <w:r w:rsidRPr="007949A6">
        <w:rPr>
          <w:rFonts w:ascii="Times New Roman" w:hAnsi="Times New Roman" w:cs="Times New Roman"/>
          <w:b/>
        </w:rPr>
        <w:t xml:space="preserve"> se </w:t>
      </w:r>
      <w:proofErr w:type="spellStart"/>
      <w:r w:rsidRPr="007949A6">
        <w:rPr>
          <w:rFonts w:ascii="Times New Roman" w:hAnsi="Times New Roman" w:cs="Times New Roman"/>
          <w:b/>
        </w:rPr>
        <w:t>întindea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aceasta</w:t>
      </w:r>
      <w:proofErr w:type="spellEnd"/>
      <w:r w:rsidRPr="007949A6">
        <w:rPr>
          <w:rFonts w:ascii="Times New Roman" w:hAnsi="Times New Roman" w:cs="Times New Roman"/>
          <w:b/>
        </w:rPr>
        <w:t>?</w:t>
      </w:r>
    </w:p>
    <w:p w14:paraId="67049EE8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75125D7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F2570BD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3. Care </w:t>
      </w:r>
      <w:proofErr w:type="spellStart"/>
      <w:r w:rsidRPr="007949A6">
        <w:rPr>
          <w:rFonts w:ascii="Times New Roman" w:hAnsi="Times New Roman" w:cs="Times New Roman"/>
          <w:b/>
        </w:rPr>
        <w:t>erau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cele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două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mari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categorii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sociale</w:t>
      </w:r>
      <w:proofErr w:type="spellEnd"/>
      <w:r w:rsidRPr="007949A6">
        <w:rPr>
          <w:rFonts w:ascii="Times New Roman" w:hAnsi="Times New Roman" w:cs="Times New Roman"/>
          <w:b/>
        </w:rPr>
        <w:t xml:space="preserve"> din Roma </w:t>
      </w:r>
      <w:proofErr w:type="spellStart"/>
      <w:r w:rsidRPr="007949A6">
        <w:rPr>
          <w:rFonts w:ascii="Times New Roman" w:hAnsi="Times New Roman" w:cs="Times New Roman"/>
          <w:b/>
        </w:rPr>
        <w:t>antică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privilegii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aveau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patricienii</w:t>
      </w:r>
      <w:proofErr w:type="spellEnd"/>
      <w:r w:rsidRPr="007949A6">
        <w:rPr>
          <w:rFonts w:ascii="Times New Roman" w:hAnsi="Times New Roman" w:cs="Times New Roman"/>
          <w:b/>
        </w:rPr>
        <w:t>?</w:t>
      </w:r>
    </w:p>
    <w:p w14:paraId="1A62CF04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5BAC8373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043BB90F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4. </w:t>
      </w:r>
      <w:proofErr w:type="spellStart"/>
      <w:r w:rsidRPr="007949A6">
        <w:rPr>
          <w:rFonts w:ascii="Times New Roman" w:hAnsi="Times New Roman" w:cs="Times New Roman"/>
          <w:b/>
        </w:rPr>
        <w:t>Explicați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rolul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Senatului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în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perioada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Republicii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Romane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0237259B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8AA64C8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5BE90C59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5. Cine au </w:t>
      </w:r>
      <w:proofErr w:type="spellStart"/>
      <w:r w:rsidRPr="007949A6">
        <w:rPr>
          <w:rFonts w:ascii="Times New Roman" w:hAnsi="Times New Roman" w:cs="Times New Roman"/>
          <w:b/>
        </w:rPr>
        <w:t>fost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ultimul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rege</w:t>
      </w:r>
      <w:proofErr w:type="spellEnd"/>
      <w:r w:rsidRPr="007949A6">
        <w:rPr>
          <w:rFonts w:ascii="Times New Roman" w:hAnsi="Times New Roman" w:cs="Times New Roman"/>
          <w:b/>
        </w:rPr>
        <w:t xml:space="preserve"> al </w:t>
      </w:r>
      <w:proofErr w:type="spellStart"/>
      <w:r w:rsidRPr="007949A6">
        <w:rPr>
          <w:rFonts w:ascii="Times New Roman" w:hAnsi="Times New Roman" w:cs="Times New Roman"/>
          <w:b/>
        </w:rPr>
        <w:t>Romei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eveniment</w:t>
      </w:r>
      <w:proofErr w:type="spellEnd"/>
      <w:r w:rsidRPr="007949A6">
        <w:rPr>
          <w:rFonts w:ascii="Times New Roman" w:hAnsi="Times New Roman" w:cs="Times New Roman"/>
          <w:b/>
        </w:rPr>
        <w:t xml:space="preserve"> a </w:t>
      </w:r>
      <w:proofErr w:type="spellStart"/>
      <w:r w:rsidRPr="007949A6">
        <w:rPr>
          <w:rFonts w:ascii="Times New Roman" w:hAnsi="Times New Roman" w:cs="Times New Roman"/>
          <w:b/>
        </w:rPr>
        <w:t>dus</w:t>
      </w:r>
      <w:proofErr w:type="spellEnd"/>
      <w:r w:rsidRPr="007949A6">
        <w:rPr>
          <w:rFonts w:ascii="Times New Roman" w:hAnsi="Times New Roman" w:cs="Times New Roman"/>
          <w:b/>
        </w:rPr>
        <w:t xml:space="preserve"> la </w:t>
      </w:r>
      <w:proofErr w:type="spellStart"/>
      <w:r w:rsidRPr="007949A6">
        <w:rPr>
          <w:rFonts w:ascii="Times New Roman" w:hAnsi="Times New Roman" w:cs="Times New Roman"/>
          <w:b/>
        </w:rPr>
        <w:t>instaurarea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Republicii</w:t>
      </w:r>
      <w:proofErr w:type="spellEnd"/>
      <w:r w:rsidRPr="007949A6">
        <w:rPr>
          <w:rFonts w:ascii="Times New Roman" w:hAnsi="Times New Roman" w:cs="Times New Roman"/>
          <w:b/>
        </w:rPr>
        <w:t>?</w:t>
      </w:r>
    </w:p>
    <w:p w14:paraId="168B8BF3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0284A60C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5E2D9C0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6. Ce </w:t>
      </w:r>
      <w:proofErr w:type="spellStart"/>
      <w:r w:rsidRPr="007949A6">
        <w:rPr>
          <w:rFonts w:ascii="Times New Roman" w:hAnsi="Times New Roman" w:cs="Times New Roman"/>
          <w:b/>
        </w:rPr>
        <w:t>reprezenta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funcția</w:t>
      </w:r>
      <w:proofErr w:type="spellEnd"/>
      <w:r w:rsidRPr="007949A6">
        <w:rPr>
          <w:rFonts w:ascii="Times New Roman" w:hAnsi="Times New Roman" w:cs="Times New Roman"/>
          <w:b/>
        </w:rPr>
        <w:t xml:space="preserve"> de '</w:t>
      </w:r>
      <w:proofErr w:type="spellStart"/>
      <w:r w:rsidRPr="007949A6">
        <w:rPr>
          <w:rFonts w:ascii="Times New Roman" w:hAnsi="Times New Roman" w:cs="Times New Roman"/>
          <w:b/>
        </w:rPr>
        <w:t>Tribun</w:t>
      </w:r>
      <w:proofErr w:type="spellEnd"/>
      <w:r w:rsidRPr="007949A6">
        <w:rPr>
          <w:rFonts w:ascii="Times New Roman" w:hAnsi="Times New Roman" w:cs="Times New Roman"/>
          <w:b/>
        </w:rPr>
        <w:t xml:space="preserve"> al </w:t>
      </w:r>
      <w:proofErr w:type="spellStart"/>
      <w:r w:rsidRPr="007949A6">
        <w:rPr>
          <w:rFonts w:ascii="Times New Roman" w:hAnsi="Times New Roman" w:cs="Times New Roman"/>
          <w:b/>
        </w:rPr>
        <w:t>Plebei</w:t>
      </w:r>
      <w:proofErr w:type="spellEnd"/>
      <w:r w:rsidRPr="007949A6">
        <w:rPr>
          <w:rFonts w:ascii="Times New Roman" w:hAnsi="Times New Roman" w:cs="Times New Roman"/>
          <w:b/>
        </w:rPr>
        <w:t xml:space="preserve">'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putere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specială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deținea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acesta</w:t>
      </w:r>
      <w:proofErr w:type="spellEnd"/>
      <w:r w:rsidRPr="007949A6">
        <w:rPr>
          <w:rFonts w:ascii="Times New Roman" w:hAnsi="Times New Roman" w:cs="Times New Roman"/>
          <w:b/>
        </w:rPr>
        <w:t xml:space="preserve"> (</w:t>
      </w:r>
      <w:proofErr w:type="spellStart"/>
      <w:r w:rsidRPr="007949A6">
        <w:rPr>
          <w:rFonts w:ascii="Times New Roman" w:hAnsi="Times New Roman" w:cs="Times New Roman"/>
          <w:b/>
        </w:rPr>
        <w:t>dreptul</w:t>
      </w:r>
      <w:proofErr w:type="spellEnd"/>
      <w:r w:rsidRPr="007949A6">
        <w:rPr>
          <w:rFonts w:ascii="Times New Roman" w:hAnsi="Times New Roman" w:cs="Times New Roman"/>
          <w:b/>
        </w:rPr>
        <w:t xml:space="preserve"> de veto)?</w:t>
      </w:r>
    </w:p>
    <w:p w14:paraId="5AC867DA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55450384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53A4B951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1663483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 w:type="page"/>
      </w:r>
    </w:p>
    <w:p w14:paraId="78F9687E" w14:textId="77777777" w:rsidR="007949A6" w:rsidRPr="007949A6" w:rsidRDefault="007949A6" w:rsidP="007949A6">
      <w:pPr>
        <w:jc w:val="center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  <w:color w:val="003366"/>
          <w:sz w:val="32"/>
        </w:rPr>
        <w:lastRenderedPageBreak/>
        <w:t>FIȘĂ DE LUCRU NR. 2</w:t>
      </w:r>
      <w:r w:rsidRPr="007949A6">
        <w:rPr>
          <w:rFonts w:ascii="Times New Roman" w:hAnsi="Times New Roman" w:cs="Times New Roman"/>
          <w:b/>
          <w:color w:val="003366"/>
          <w:sz w:val="32"/>
        </w:rPr>
        <w:br/>
      </w:r>
      <w:r w:rsidRPr="007949A6">
        <w:rPr>
          <w:rFonts w:ascii="Times New Roman" w:hAnsi="Times New Roman" w:cs="Times New Roman"/>
          <w:b/>
          <w:sz w:val="28"/>
        </w:rPr>
        <w:t xml:space="preserve">Armata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Romană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–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Motorul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Expansiunii</w:t>
      </w:r>
      <w:proofErr w:type="spellEnd"/>
    </w:p>
    <w:p w14:paraId="132AA0FD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/>
      </w:r>
      <w:proofErr w:type="spellStart"/>
      <w:r w:rsidRPr="007949A6">
        <w:rPr>
          <w:rFonts w:ascii="Times New Roman" w:hAnsi="Times New Roman" w:cs="Times New Roman"/>
        </w:rPr>
        <w:t>Nume</w:t>
      </w:r>
      <w:proofErr w:type="spellEnd"/>
      <w:r w:rsidRPr="007949A6">
        <w:rPr>
          <w:rFonts w:ascii="Times New Roman" w:hAnsi="Times New Roman" w:cs="Times New Roman"/>
        </w:rPr>
        <w:t xml:space="preserve"> </w:t>
      </w:r>
      <w:proofErr w:type="spellStart"/>
      <w:r w:rsidRPr="007949A6">
        <w:rPr>
          <w:rFonts w:ascii="Times New Roman" w:hAnsi="Times New Roman" w:cs="Times New Roman"/>
        </w:rPr>
        <w:t>și</w:t>
      </w:r>
      <w:proofErr w:type="spellEnd"/>
      <w:r w:rsidRPr="007949A6">
        <w:rPr>
          <w:rFonts w:ascii="Times New Roman" w:hAnsi="Times New Roman" w:cs="Times New Roman"/>
        </w:rPr>
        <w:t xml:space="preserve"> </w:t>
      </w:r>
      <w:proofErr w:type="spellStart"/>
      <w:r w:rsidRPr="007949A6">
        <w:rPr>
          <w:rFonts w:ascii="Times New Roman" w:hAnsi="Times New Roman" w:cs="Times New Roman"/>
        </w:rPr>
        <w:t>prenume</w:t>
      </w:r>
      <w:proofErr w:type="spellEnd"/>
      <w:r w:rsidRPr="007949A6">
        <w:rPr>
          <w:rFonts w:ascii="Times New Roman" w:hAnsi="Times New Roman" w:cs="Times New Roman"/>
        </w:rPr>
        <w:t>: _________________________________    Data: ________</w:t>
      </w:r>
    </w:p>
    <w:p w14:paraId="656EBD1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--------------------------------------------------------------------------------</w:t>
      </w:r>
    </w:p>
    <w:p w14:paraId="6458D127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1. Ce </w:t>
      </w:r>
      <w:proofErr w:type="spellStart"/>
      <w:r w:rsidRPr="007949A6">
        <w:rPr>
          <w:rFonts w:ascii="Times New Roman" w:hAnsi="Times New Roman" w:cs="Times New Roman"/>
          <w:b/>
        </w:rPr>
        <w:t>reprezenta</w:t>
      </w:r>
      <w:proofErr w:type="spellEnd"/>
      <w:r w:rsidRPr="007949A6">
        <w:rPr>
          <w:rFonts w:ascii="Times New Roman" w:hAnsi="Times New Roman" w:cs="Times New Roman"/>
          <w:b/>
        </w:rPr>
        <w:t xml:space="preserve"> '</w:t>
      </w:r>
      <w:proofErr w:type="spellStart"/>
      <w:r w:rsidRPr="007949A6">
        <w:rPr>
          <w:rFonts w:ascii="Times New Roman" w:hAnsi="Times New Roman" w:cs="Times New Roman"/>
          <w:b/>
        </w:rPr>
        <w:t>Legiunea</w:t>
      </w:r>
      <w:proofErr w:type="spellEnd"/>
      <w:r w:rsidRPr="007949A6">
        <w:rPr>
          <w:rFonts w:ascii="Times New Roman" w:hAnsi="Times New Roman" w:cs="Times New Roman"/>
          <w:b/>
        </w:rPr>
        <w:t xml:space="preserve">'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din </w:t>
      </w:r>
      <w:proofErr w:type="spellStart"/>
      <w:r w:rsidRPr="007949A6">
        <w:rPr>
          <w:rFonts w:ascii="Times New Roman" w:hAnsi="Times New Roman" w:cs="Times New Roman"/>
          <w:b/>
        </w:rPr>
        <w:t>câți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soldați</w:t>
      </w:r>
      <w:proofErr w:type="spellEnd"/>
      <w:r w:rsidRPr="007949A6">
        <w:rPr>
          <w:rFonts w:ascii="Times New Roman" w:hAnsi="Times New Roman" w:cs="Times New Roman"/>
          <w:b/>
        </w:rPr>
        <w:t xml:space="preserve"> era </w:t>
      </w:r>
      <w:proofErr w:type="spellStart"/>
      <w:r w:rsidRPr="007949A6">
        <w:rPr>
          <w:rFonts w:ascii="Times New Roman" w:hAnsi="Times New Roman" w:cs="Times New Roman"/>
          <w:b/>
        </w:rPr>
        <w:t>formată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în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medie</w:t>
      </w:r>
      <w:proofErr w:type="spellEnd"/>
      <w:r w:rsidRPr="007949A6">
        <w:rPr>
          <w:rFonts w:ascii="Times New Roman" w:hAnsi="Times New Roman" w:cs="Times New Roman"/>
          <w:b/>
        </w:rPr>
        <w:t>?</w:t>
      </w:r>
    </w:p>
    <w:p w14:paraId="3E5CAF0B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04B405BA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094C640D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2. </w:t>
      </w:r>
      <w:proofErr w:type="spellStart"/>
      <w:r w:rsidRPr="007949A6">
        <w:rPr>
          <w:rFonts w:ascii="Times New Roman" w:hAnsi="Times New Roman" w:cs="Times New Roman"/>
          <w:b/>
        </w:rPr>
        <w:t>Enumerați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trei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tipuri</w:t>
      </w:r>
      <w:proofErr w:type="spellEnd"/>
      <w:r w:rsidRPr="007949A6">
        <w:rPr>
          <w:rFonts w:ascii="Times New Roman" w:hAnsi="Times New Roman" w:cs="Times New Roman"/>
          <w:b/>
        </w:rPr>
        <w:t xml:space="preserve"> de </w:t>
      </w:r>
      <w:proofErr w:type="spellStart"/>
      <w:r w:rsidRPr="007949A6">
        <w:rPr>
          <w:rFonts w:ascii="Times New Roman" w:hAnsi="Times New Roman" w:cs="Times New Roman"/>
          <w:b/>
        </w:rPr>
        <w:t>arme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sau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elemente</w:t>
      </w:r>
      <w:proofErr w:type="spellEnd"/>
      <w:r w:rsidRPr="007949A6">
        <w:rPr>
          <w:rFonts w:ascii="Times New Roman" w:hAnsi="Times New Roman" w:cs="Times New Roman"/>
          <w:b/>
        </w:rPr>
        <w:t xml:space="preserve"> de </w:t>
      </w:r>
      <w:proofErr w:type="spellStart"/>
      <w:r w:rsidRPr="007949A6">
        <w:rPr>
          <w:rFonts w:ascii="Times New Roman" w:hAnsi="Times New Roman" w:cs="Times New Roman"/>
          <w:b/>
        </w:rPr>
        <w:t>echipament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folosite</w:t>
      </w:r>
      <w:proofErr w:type="spellEnd"/>
      <w:r w:rsidRPr="007949A6">
        <w:rPr>
          <w:rFonts w:ascii="Times New Roman" w:hAnsi="Times New Roman" w:cs="Times New Roman"/>
          <w:b/>
        </w:rPr>
        <w:t xml:space="preserve"> de </w:t>
      </w:r>
      <w:proofErr w:type="spellStart"/>
      <w:r w:rsidRPr="007949A6">
        <w:rPr>
          <w:rFonts w:ascii="Times New Roman" w:hAnsi="Times New Roman" w:cs="Times New Roman"/>
          <w:b/>
        </w:rPr>
        <w:t>legionarii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romani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52A6F208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699FF64B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8B88FD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3. </w:t>
      </w:r>
      <w:proofErr w:type="spellStart"/>
      <w:r w:rsidRPr="007949A6">
        <w:rPr>
          <w:rFonts w:ascii="Times New Roman" w:hAnsi="Times New Roman" w:cs="Times New Roman"/>
          <w:b/>
        </w:rPr>
        <w:t>Explicați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importanța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strategică</w:t>
      </w:r>
      <w:proofErr w:type="spellEnd"/>
      <w:r w:rsidRPr="007949A6">
        <w:rPr>
          <w:rFonts w:ascii="Times New Roman" w:hAnsi="Times New Roman" w:cs="Times New Roman"/>
          <w:b/>
        </w:rPr>
        <w:t xml:space="preserve"> a </w:t>
      </w:r>
      <w:proofErr w:type="spellStart"/>
      <w:r w:rsidRPr="007949A6">
        <w:rPr>
          <w:rFonts w:ascii="Times New Roman" w:hAnsi="Times New Roman" w:cs="Times New Roman"/>
          <w:b/>
        </w:rPr>
        <w:t>drumurilor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romane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pentru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armată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comerț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1B72D07F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EB5641E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2FCE8D6B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>4. Ce era un '</w:t>
      </w:r>
      <w:proofErr w:type="spellStart"/>
      <w:r w:rsidRPr="007949A6">
        <w:rPr>
          <w:rFonts w:ascii="Times New Roman" w:hAnsi="Times New Roman" w:cs="Times New Roman"/>
          <w:b/>
        </w:rPr>
        <w:t>castru</w:t>
      </w:r>
      <w:proofErr w:type="spellEnd"/>
      <w:r w:rsidRPr="007949A6">
        <w:rPr>
          <w:rFonts w:ascii="Times New Roman" w:hAnsi="Times New Roman" w:cs="Times New Roman"/>
          <w:b/>
        </w:rPr>
        <w:t xml:space="preserve">'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cum era </w:t>
      </w:r>
      <w:proofErr w:type="spellStart"/>
      <w:r w:rsidRPr="007949A6">
        <w:rPr>
          <w:rFonts w:ascii="Times New Roman" w:hAnsi="Times New Roman" w:cs="Times New Roman"/>
          <w:b/>
        </w:rPr>
        <w:t>acesta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organizat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pentru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protecția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trupelor</w:t>
      </w:r>
      <w:proofErr w:type="spellEnd"/>
      <w:r w:rsidRPr="007949A6">
        <w:rPr>
          <w:rFonts w:ascii="Times New Roman" w:hAnsi="Times New Roman" w:cs="Times New Roman"/>
          <w:b/>
        </w:rPr>
        <w:t>?</w:t>
      </w:r>
    </w:p>
    <w:p w14:paraId="22141664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7ABCFF8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5564E8A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5. </w:t>
      </w:r>
      <w:proofErr w:type="spellStart"/>
      <w:r w:rsidRPr="007949A6">
        <w:rPr>
          <w:rFonts w:ascii="Times New Roman" w:hAnsi="Times New Roman" w:cs="Times New Roman"/>
          <w:b/>
        </w:rPr>
        <w:t>Numiți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adversarul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Romei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în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Războaiele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Punice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generalul</w:t>
      </w:r>
      <w:proofErr w:type="spellEnd"/>
      <w:r w:rsidRPr="007949A6">
        <w:rPr>
          <w:rFonts w:ascii="Times New Roman" w:hAnsi="Times New Roman" w:cs="Times New Roman"/>
          <w:b/>
        </w:rPr>
        <w:t xml:space="preserve"> care a </w:t>
      </w:r>
      <w:proofErr w:type="spellStart"/>
      <w:r w:rsidRPr="007949A6">
        <w:rPr>
          <w:rFonts w:ascii="Times New Roman" w:hAnsi="Times New Roman" w:cs="Times New Roman"/>
          <w:b/>
        </w:rPr>
        <w:t>traversat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Alpii</w:t>
      </w:r>
      <w:proofErr w:type="spellEnd"/>
      <w:r w:rsidRPr="007949A6">
        <w:rPr>
          <w:rFonts w:ascii="Times New Roman" w:hAnsi="Times New Roman" w:cs="Times New Roman"/>
          <w:b/>
        </w:rPr>
        <w:t xml:space="preserve"> cu </w:t>
      </w:r>
      <w:proofErr w:type="spellStart"/>
      <w:r w:rsidRPr="007949A6">
        <w:rPr>
          <w:rFonts w:ascii="Times New Roman" w:hAnsi="Times New Roman" w:cs="Times New Roman"/>
          <w:b/>
        </w:rPr>
        <w:t>elefanți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2B0FB7E9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50F2CD4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023789ED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6. </w:t>
      </w:r>
      <w:proofErr w:type="spellStart"/>
      <w:r w:rsidRPr="007949A6">
        <w:rPr>
          <w:rFonts w:ascii="Times New Roman" w:hAnsi="Times New Roman" w:cs="Times New Roman"/>
          <w:b/>
        </w:rPr>
        <w:t>Definiți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termenul</w:t>
      </w:r>
      <w:proofErr w:type="spellEnd"/>
      <w:r w:rsidRPr="007949A6">
        <w:rPr>
          <w:rFonts w:ascii="Times New Roman" w:hAnsi="Times New Roman" w:cs="Times New Roman"/>
          <w:b/>
        </w:rPr>
        <w:t xml:space="preserve"> 'Limes'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precizați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rolul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acestuia</w:t>
      </w:r>
      <w:proofErr w:type="spellEnd"/>
      <w:r w:rsidRPr="007949A6">
        <w:rPr>
          <w:rFonts w:ascii="Times New Roman" w:hAnsi="Times New Roman" w:cs="Times New Roman"/>
          <w:b/>
        </w:rPr>
        <w:t xml:space="preserve"> la </w:t>
      </w:r>
      <w:proofErr w:type="spellStart"/>
      <w:r w:rsidRPr="007949A6">
        <w:rPr>
          <w:rFonts w:ascii="Times New Roman" w:hAnsi="Times New Roman" w:cs="Times New Roman"/>
          <w:b/>
        </w:rPr>
        <w:t>frontierele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imperiului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27B2F27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70C568A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4F60A30E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7. Ce </w:t>
      </w:r>
      <w:proofErr w:type="spellStart"/>
      <w:r w:rsidRPr="007949A6">
        <w:rPr>
          <w:rFonts w:ascii="Times New Roman" w:hAnsi="Times New Roman" w:cs="Times New Roman"/>
          <w:b/>
        </w:rPr>
        <w:t>însemna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conceptul</w:t>
      </w:r>
      <w:proofErr w:type="spellEnd"/>
      <w:r w:rsidRPr="007949A6">
        <w:rPr>
          <w:rFonts w:ascii="Times New Roman" w:hAnsi="Times New Roman" w:cs="Times New Roman"/>
          <w:b/>
        </w:rPr>
        <w:t xml:space="preserve"> de 'Pax Romana' </w:t>
      </w:r>
      <w:proofErr w:type="spellStart"/>
      <w:r w:rsidRPr="007949A6">
        <w:rPr>
          <w:rFonts w:ascii="Times New Roman" w:hAnsi="Times New Roman" w:cs="Times New Roman"/>
          <w:b/>
        </w:rPr>
        <w:t>instaurat</w:t>
      </w:r>
      <w:proofErr w:type="spellEnd"/>
      <w:r w:rsidRPr="007949A6">
        <w:rPr>
          <w:rFonts w:ascii="Times New Roman" w:hAnsi="Times New Roman" w:cs="Times New Roman"/>
          <w:b/>
        </w:rPr>
        <w:t xml:space="preserve"> de Augustus?</w:t>
      </w:r>
    </w:p>
    <w:p w14:paraId="495C2F65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0931153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550CA2F9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 w:type="page"/>
      </w:r>
    </w:p>
    <w:p w14:paraId="60D5142E" w14:textId="77777777" w:rsidR="007949A6" w:rsidRPr="007949A6" w:rsidRDefault="007949A6" w:rsidP="007949A6">
      <w:pPr>
        <w:jc w:val="center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  <w:color w:val="003366"/>
          <w:sz w:val="32"/>
        </w:rPr>
        <w:lastRenderedPageBreak/>
        <w:t>FIȘĂ DE LUCRU NR. 3</w:t>
      </w:r>
      <w:r w:rsidRPr="007949A6">
        <w:rPr>
          <w:rFonts w:ascii="Times New Roman" w:hAnsi="Times New Roman" w:cs="Times New Roman"/>
          <w:b/>
          <w:color w:val="003366"/>
          <w:sz w:val="32"/>
        </w:rPr>
        <w:br/>
      </w:r>
      <w:proofErr w:type="spellStart"/>
      <w:r w:rsidRPr="007949A6">
        <w:rPr>
          <w:rFonts w:ascii="Times New Roman" w:hAnsi="Times New Roman" w:cs="Times New Roman"/>
          <w:b/>
          <w:sz w:val="28"/>
        </w:rPr>
        <w:t>Arhitectura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Tehnologia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și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Monumentele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Romei</w:t>
      </w:r>
      <w:proofErr w:type="spellEnd"/>
    </w:p>
    <w:p w14:paraId="69740DDD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/>
      </w:r>
      <w:proofErr w:type="spellStart"/>
      <w:r w:rsidRPr="007949A6">
        <w:rPr>
          <w:rFonts w:ascii="Times New Roman" w:hAnsi="Times New Roman" w:cs="Times New Roman"/>
        </w:rPr>
        <w:t>Nume</w:t>
      </w:r>
      <w:proofErr w:type="spellEnd"/>
      <w:r w:rsidRPr="007949A6">
        <w:rPr>
          <w:rFonts w:ascii="Times New Roman" w:hAnsi="Times New Roman" w:cs="Times New Roman"/>
        </w:rPr>
        <w:t xml:space="preserve"> </w:t>
      </w:r>
      <w:proofErr w:type="spellStart"/>
      <w:r w:rsidRPr="007949A6">
        <w:rPr>
          <w:rFonts w:ascii="Times New Roman" w:hAnsi="Times New Roman" w:cs="Times New Roman"/>
        </w:rPr>
        <w:t>și</w:t>
      </w:r>
      <w:proofErr w:type="spellEnd"/>
      <w:r w:rsidRPr="007949A6">
        <w:rPr>
          <w:rFonts w:ascii="Times New Roman" w:hAnsi="Times New Roman" w:cs="Times New Roman"/>
        </w:rPr>
        <w:t xml:space="preserve"> </w:t>
      </w:r>
      <w:proofErr w:type="spellStart"/>
      <w:r w:rsidRPr="007949A6">
        <w:rPr>
          <w:rFonts w:ascii="Times New Roman" w:hAnsi="Times New Roman" w:cs="Times New Roman"/>
        </w:rPr>
        <w:t>prenume</w:t>
      </w:r>
      <w:proofErr w:type="spellEnd"/>
      <w:r w:rsidRPr="007949A6">
        <w:rPr>
          <w:rFonts w:ascii="Times New Roman" w:hAnsi="Times New Roman" w:cs="Times New Roman"/>
        </w:rPr>
        <w:t>: _________________________________    Data: ________</w:t>
      </w:r>
    </w:p>
    <w:p w14:paraId="2444B95E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--------------------------------------------------------------------------------</w:t>
      </w:r>
    </w:p>
    <w:p w14:paraId="7B881C11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1. Care au </w:t>
      </w:r>
      <w:proofErr w:type="spellStart"/>
      <w:r w:rsidRPr="007949A6">
        <w:rPr>
          <w:rFonts w:ascii="Times New Roman" w:hAnsi="Times New Roman" w:cs="Times New Roman"/>
          <w:b/>
        </w:rPr>
        <w:t>fost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cele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două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inovații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majore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în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construcții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perfecționate</w:t>
      </w:r>
      <w:proofErr w:type="spellEnd"/>
      <w:r w:rsidRPr="007949A6">
        <w:rPr>
          <w:rFonts w:ascii="Times New Roman" w:hAnsi="Times New Roman" w:cs="Times New Roman"/>
          <w:b/>
        </w:rPr>
        <w:t xml:space="preserve"> de </w:t>
      </w:r>
      <w:proofErr w:type="spellStart"/>
      <w:r w:rsidRPr="007949A6">
        <w:rPr>
          <w:rFonts w:ascii="Times New Roman" w:hAnsi="Times New Roman" w:cs="Times New Roman"/>
          <w:b/>
        </w:rPr>
        <w:t>romani</w:t>
      </w:r>
      <w:proofErr w:type="spellEnd"/>
      <w:r w:rsidRPr="007949A6">
        <w:rPr>
          <w:rFonts w:ascii="Times New Roman" w:hAnsi="Times New Roman" w:cs="Times New Roman"/>
          <w:b/>
        </w:rPr>
        <w:t>?</w:t>
      </w:r>
    </w:p>
    <w:p w14:paraId="2FA9BEF9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E10279B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6CCC3448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2. </w:t>
      </w:r>
      <w:proofErr w:type="spellStart"/>
      <w:r w:rsidRPr="007949A6">
        <w:rPr>
          <w:rFonts w:ascii="Times New Roman" w:hAnsi="Times New Roman" w:cs="Times New Roman"/>
          <w:b/>
        </w:rPr>
        <w:t>Descrieți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utilitatea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apeductelor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modul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în</w:t>
      </w:r>
      <w:proofErr w:type="spellEnd"/>
      <w:r w:rsidRPr="007949A6">
        <w:rPr>
          <w:rFonts w:ascii="Times New Roman" w:hAnsi="Times New Roman" w:cs="Times New Roman"/>
          <w:b/>
        </w:rPr>
        <w:t xml:space="preserve"> care </w:t>
      </w:r>
      <w:proofErr w:type="spellStart"/>
      <w:r w:rsidRPr="007949A6">
        <w:rPr>
          <w:rFonts w:ascii="Times New Roman" w:hAnsi="Times New Roman" w:cs="Times New Roman"/>
          <w:b/>
        </w:rPr>
        <w:t>acestea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alimentau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orașele</w:t>
      </w:r>
      <w:proofErr w:type="spellEnd"/>
      <w:r w:rsidRPr="007949A6">
        <w:rPr>
          <w:rFonts w:ascii="Times New Roman" w:hAnsi="Times New Roman" w:cs="Times New Roman"/>
          <w:b/>
        </w:rPr>
        <w:t xml:space="preserve"> cu </w:t>
      </w:r>
      <w:proofErr w:type="spellStart"/>
      <w:r w:rsidRPr="007949A6">
        <w:rPr>
          <w:rFonts w:ascii="Times New Roman" w:hAnsi="Times New Roman" w:cs="Times New Roman"/>
          <w:b/>
        </w:rPr>
        <w:t>apă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70FE993A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24935A3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D9B99E2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>3. Ce era '</w:t>
      </w:r>
      <w:proofErr w:type="spellStart"/>
      <w:r w:rsidRPr="007949A6">
        <w:rPr>
          <w:rFonts w:ascii="Times New Roman" w:hAnsi="Times New Roman" w:cs="Times New Roman"/>
          <w:b/>
        </w:rPr>
        <w:t>Forumul</w:t>
      </w:r>
      <w:proofErr w:type="spellEnd"/>
      <w:r w:rsidRPr="007949A6">
        <w:rPr>
          <w:rFonts w:ascii="Times New Roman" w:hAnsi="Times New Roman" w:cs="Times New Roman"/>
          <w:b/>
        </w:rPr>
        <w:t xml:space="preserve"> Roman'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activități</w:t>
      </w:r>
      <w:proofErr w:type="spellEnd"/>
      <w:r w:rsidRPr="007949A6">
        <w:rPr>
          <w:rFonts w:ascii="Times New Roman" w:hAnsi="Times New Roman" w:cs="Times New Roman"/>
          <w:b/>
        </w:rPr>
        <w:t xml:space="preserve"> se </w:t>
      </w:r>
      <w:proofErr w:type="spellStart"/>
      <w:r w:rsidRPr="007949A6">
        <w:rPr>
          <w:rFonts w:ascii="Times New Roman" w:hAnsi="Times New Roman" w:cs="Times New Roman"/>
          <w:b/>
        </w:rPr>
        <w:t>desfășurau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în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acest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spațiu</w:t>
      </w:r>
      <w:proofErr w:type="spellEnd"/>
      <w:r w:rsidRPr="007949A6">
        <w:rPr>
          <w:rFonts w:ascii="Times New Roman" w:hAnsi="Times New Roman" w:cs="Times New Roman"/>
          <w:b/>
        </w:rPr>
        <w:t xml:space="preserve"> central?</w:t>
      </w:r>
    </w:p>
    <w:p w14:paraId="556B740D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65007CB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747ADE5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4. </w:t>
      </w:r>
      <w:proofErr w:type="spellStart"/>
      <w:r w:rsidRPr="007949A6">
        <w:rPr>
          <w:rFonts w:ascii="Times New Roman" w:hAnsi="Times New Roman" w:cs="Times New Roman"/>
          <w:b/>
        </w:rPr>
        <w:t>Numiți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amfiteatrul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celebru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unde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aveau</w:t>
      </w:r>
      <w:proofErr w:type="spellEnd"/>
      <w:r w:rsidRPr="007949A6">
        <w:rPr>
          <w:rFonts w:ascii="Times New Roman" w:hAnsi="Times New Roman" w:cs="Times New Roman"/>
          <w:b/>
        </w:rPr>
        <w:t xml:space="preserve"> loc </w:t>
      </w:r>
      <w:proofErr w:type="spellStart"/>
      <w:r w:rsidRPr="007949A6">
        <w:rPr>
          <w:rFonts w:ascii="Times New Roman" w:hAnsi="Times New Roman" w:cs="Times New Roman"/>
          <w:b/>
        </w:rPr>
        <w:t>luptele</w:t>
      </w:r>
      <w:proofErr w:type="spellEnd"/>
      <w:r w:rsidRPr="007949A6">
        <w:rPr>
          <w:rFonts w:ascii="Times New Roman" w:hAnsi="Times New Roman" w:cs="Times New Roman"/>
          <w:b/>
        </w:rPr>
        <w:t xml:space="preserve"> de </w:t>
      </w:r>
      <w:proofErr w:type="spellStart"/>
      <w:r w:rsidRPr="007949A6">
        <w:rPr>
          <w:rFonts w:ascii="Times New Roman" w:hAnsi="Times New Roman" w:cs="Times New Roman"/>
          <w:b/>
        </w:rPr>
        <w:t>gladiatori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capacitatea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aproximativă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33E6F80B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EC68D45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622670A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5. </w:t>
      </w:r>
      <w:proofErr w:type="spellStart"/>
      <w:r w:rsidRPr="007949A6">
        <w:rPr>
          <w:rFonts w:ascii="Times New Roman" w:hAnsi="Times New Roman" w:cs="Times New Roman"/>
          <w:b/>
        </w:rPr>
        <w:t>Explicați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utilitatea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termelor</w:t>
      </w:r>
      <w:proofErr w:type="spellEnd"/>
      <w:r w:rsidRPr="007949A6">
        <w:rPr>
          <w:rFonts w:ascii="Times New Roman" w:hAnsi="Times New Roman" w:cs="Times New Roman"/>
          <w:b/>
        </w:rPr>
        <w:t xml:space="preserve"> (</w:t>
      </w:r>
      <w:proofErr w:type="spellStart"/>
      <w:r w:rsidRPr="007949A6">
        <w:rPr>
          <w:rFonts w:ascii="Times New Roman" w:hAnsi="Times New Roman" w:cs="Times New Roman"/>
          <w:b/>
        </w:rPr>
        <w:t>băilor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publice</w:t>
      </w:r>
      <w:proofErr w:type="spellEnd"/>
      <w:r w:rsidRPr="007949A6">
        <w:rPr>
          <w:rFonts w:ascii="Times New Roman" w:hAnsi="Times New Roman" w:cs="Times New Roman"/>
          <w:b/>
        </w:rPr>
        <w:t xml:space="preserve">) </w:t>
      </w:r>
      <w:proofErr w:type="spellStart"/>
      <w:r w:rsidRPr="007949A6">
        <w:rPr>
          <w:rFonts w:ascii="Times New Roman" w:hAnsi="Times New Roman" w:cs="Times New Roman"/>
          <w:b/>
        </w:rPr>
        <w:t>în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societatea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romană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77BC6F50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3073631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6B6BF75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6. Ce monument </w:t>
      </w:r>
      <w:proofErr w:type="spellStart"/>
      <w:r w:rsidRPr="007949A6">
        <w:rPr>
          <w:rFonts w:ascii="Times New Roman" w:hAnsi="Times New Roman" w:cs="Times New Roman"/>
          <w:b/>
        </w:rPr>
        <w:t>celebru</w:t>
      </w:r>
      <w:proofErr w:type="spellEnd"/>
      <w:r w:rsidRPr="007949A6">
        <w:rPr>
          <w:rFonts w:ascii="Times New Roman" w:hAnsi="Times New Roman" w:cs="Times New Roman"/>
          <w:b/>
        </w:rPr>
        <w:t xml:space="preserve"> a </w:t>
      </w:r>
      <w:proofErr w:type="spellStart"/>
      <w:r w:rsidRPr="007949A6">
        <w:rPr>
          <w:rFonts w:ascii="Times New Roman" w:hAnsi="Times New Roman" w:cs="Times New Roman"/>
          <w:b/>
        </w:rPr>
        <w:t>fost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ridicat</w:t>
      </w:r>
      <w:proofErr w:type="spellEnd"/>
      <w:r w:rsidRPr="007949A6">
        <w:rPr>
          <w:rFonts w:ascii="Times New Roman" w:hAnsi="Times New Roman" w:cs="Times New Roman"/>
          <w:b/>
        </w:rPr>
        <w:t xml:space="preserve"> ca </w:t>
      </w:r>
      <w:proofErr w:type="spellStart"/>
      <w:r w:rsidRPr="007949A6">
        <w:rPr>
          <w:rFonts w:ascii="Times New Roman" w:hAnsi="Times New Roman" w:cs="Times New Roman"/>
          <w:b/>
        </w:rPr>
        <w:t>templu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dedicat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tuturor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zeilor</w:t>
      </w:r>
      <w:proofErr w:type="spellEnd"/>
      <w:r w:rsidRPr="007949A6">
        <w:rPr>
          <w:rFonts w:ascii="Times New Roman" w:hAnsi="Times New Roman" w:cs="Times New Roman"/>
          <w:b/>
        </w:rPr>
        <w:t xml:space="preserve"> (</w:t>
      </w:r>
      <w:proofErr w:type="spellStart"/>
      <w:r w:rsidRPr="007949A6">
        <w:rPr>
          <w:rFonts w:ascii="Times New Roman" w:hAnsi="Times New Roman" w:cs="Times New Roman"/>
          <w:b/>
        </w:rPr>
        <w:t>Panteonul</w:t>
      </w:r>
      <w:proofErr w:type="spellEnd"/>
      <w:r w:rsidRPr="007949A6">
        <w:rPr>
          <w:rFonts w:ascii="Times New Roman" w:hAnsi="Times New Roman" w:cs="Times New Roman"/>
          <w:b/>
        </w:rPr>
        <w:t>)?</w:t>
      </w:r>
    </w:p>
    <w:p w14:paraId="7BDBB42E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69C5042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25BFBE15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7. Cum </w:t>
      </w:r>
      <w:proofErr w:type="gramStart"/>
      <w:r w:rsidRPr="007949A6">
        <w:rPr>
          <w:rFonts w:ascii="Times New Roman" w:hAnsi="Times New Roman" w:cs="Times New Roman"/>
          <w:b/>
        </w:rPr>
        <w:t>a</w:t>
      </w:r>
      <w:proofErr w:type="gram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influențat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inventarea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betonului</w:t>
      </w:r>
      <w:proofErr w:type="spellEnd"/>
      <w:r w:rsidRPr="007949A6">
        <w:rPr>
          <w:rFonts w:ascii="Times New Roman" w:hAnsi="Times New Roman" w:cs="Times New Roman"/>
          <w:b/>
        </w:rPr>
        <w:t xml:space="preserve"> roman </w:t>
      </w:r>
      <w:proofErr w:type="spellStart"/>
      <w:r w:rsidRPr="007949A6">
        <w:rPr>
          <w:rFonts w:ascii="Times New Roman" w:hAnsi="Times New Roman" w:cs="Times New Roman"/>
          <w:b/>
        </w:rPr>
        <w:t>durabilitatea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construcțiilor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antice</w:t>
      </w:r>
      <w:proofErr w:type="spellEnd"/>
      <w:r w:rsidRPr="007949A6">
        <w:rPr>
          <w:rFonts w:ascii="Times New Roman" w:hAnsi="Times New Roman" w:cs="Times New Roman"/>
          <w:b/>
        </w:rPr>
        <w:t>?</w:t>
      </w:r>
    </w:p>
    <w:p w14:paraId="47EBF7C2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428C95EF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2660BE1A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 w:type="page"/>
      </w:r>
    </w:p>
    <w:p w14:paraId="6869C1D6" w14:textId="77777777" w:rsidR="007949A6" w:rsidRPr="007949A6" w:rsidRDefault="007949A6" w:rsidP="007949A6">
      <w:pPr>
        <w:jc w:val="center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  <w:color w:val="003366"/>
          <w:sz w:val="32"/>
        </w:rPr>
        <w:lastRenderedPageBreak/>
        <w:t>FIȘĂ DE LUCRU NR. 4</w:t>
      </w:r>
      <w:r w:rsidRPr="007949A6">
        <w:rPr>
          <w:rFonts w:ascii="Times New Roman" w:hAnsi="Times New Roman" w:cs="Times New Roman"/>
          <w:b/>
          <w:color w:val="003366"/>
          <w:sz w:val="32"/>
        </w:rPr>
        <w:br/>
      </w:r>
      <w:proofErr w:type="spellStart"/>
      <w:r w:rsidRPr="007949A6">
        <w:rPr>
          <w:rFonts w:ascii="Times New Roman" w:hAnsi="Times New Roman" w:cs="Times New Roman"/>
          <w:b/>
          <w:sz w:val="28"/>
        </w:rPr>
        <w:t>Viața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Privată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Societatea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și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Credințele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Religioase</w:t>
      </w:r>
      <w:proofErr w:type="spellEnd"/>
    </w:p>
    <w:p w14:paraId="3C3E1924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/>
      </w:r>
      <w:proofErr w:type="spellStart"/>
      <w:r w:rsidRPr="007949A6">
        <w:rPr>
          <w:rFonts w:ascii="Times New Roman" w:hAnsi="Times New Roman" w:cs="Times New Roman"/>
        </w:rPr>
        <w:t>Nume</w:t>
      </w:r>
      <w:proofErr w:type="spellEnd"/>
      <w:r w:rsidRPr="007949A6">
        <w:rPr>
          <w:rFonts w:ascii="Times New Roman" w:hAnsi="Times New Roman" w:cs="Times New Roman"/>
        </w:rPr>
        <w:t xml:space="preserve"> </w:t>
      </w:r>
      <w:proofErr w:type="spellStart"/>
      <w:r w:rsidRPr="007949A6">
        <w:rPr>
          <w:rFonts w:ascii="Times New Roman" w:hAnsi="Times New Roman" w:cs="Times New Roman"/>
        </w:rPr>
        <w:t>și</w:t>
      </w:r>
      <w:proofErr w:type="spellEnd"/>
      <w:r w:rsidRPr="007949A6">
        <w:rPr>
          <w:rFonts w:ascii="Times New Roman" w:hAnsi="Times New Roman" w:cs="Times New Roman"/>
        </w:rPr>
        <w:t xml:space="preserve"> </w:t>
      </w:r>
      <w:proofErr w:type="spellStart"/>
      <w:r w:rsidRPr="007949A6">
        <w:rPr>
          <w:rFonts w:ascii="Times New Roman" w:hAnsi="Times New Roman" w:cs="Times New Roman"/>
        </w:rPr>
        <w:t>prenume</w:t>
      </w:r>
      <w:proofErr w:type="spellEnd"/>
      <w:r w:rsidRPr="007949A6">
        <w:rPr>
          <w:rFonts w:ascii="Times New Roman" w:hAnsi="Times New Roman" w:cs="Times New Roman"/>
        </w:rPr>
        <w:t>: _________________________________    Data: ________</w:t>
      </w:r>
    </w:p>
    <w:p w14:paraId="35575139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--------------------------------------------------------------------------------</w:t>
      </w:r>
    </w:p>
    <w:p w14:paraId="71D3B4B2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1. </w:t>
      </w:r>
      <w:proofErr w:type="spellStart"/>
      <w:r w:rsidRPr="007949A6">
        <w:rPr>
          <w:rFonts w:ascii="Times New Roman" w:hAnsi="Times New Roman" w:cs="Times New Roman"/>
          <w:b/>
        </w:rPr>
        <w:t>Explicați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conceptul</w:t>
      </w:r>
      <w:proofErr w:type="spellEnd"/>
      <w:r w:rsidRPr="007949A6">
        <w:rPr>
          <w:rFonts w:ascii="Times New Roman" w:hAnsi="Times New Roman" w:cs="Times New Roman"/>
          <w:b/>
        </w:rPr>
        <w:t xml:space="preserve"> de 'Pater </w:t>
      </w:r>
      <w:proofErr w:type="spellStart"/>
      <w:r w:rsidRPr="007949A6">
        <w:rPr>
          <w:rFonts w:ascii="Times New Roman" w:hAnsi="Times New Roman" w:cs="Times New Roman"/>
          <w:b/>
        </w:rPr>
        <w:t>familias</w:t>
      </w:r>
      <w:proofErr w:type="spellEnd"/>
      <w:r w:rsidRPr="007949A6">
        <w:rPr>
          <w:rFonts w:ascii="Times New Roman" w:hAnsi="Times New Roman" w:cs="Times New Roman"/>
          <w:b/>
        </w:rPr>
        <w:t xml:space="preserve">'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autoritatea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în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cadrul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familiei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61C80B52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52672FF7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5BA7F524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2. </w:t>
      </w:r>
      <w:proofErr w:type="spellStart"/>
      <w:r w:rsidRPr="007949A6">
        <w:rPr>
          <w:rFonts w:ascii="Times New Roman" w:hAnsi="Times New Roman" w:cs="Times New Roman"/>
          <w:b/>
        </w:rPr>
        <w:t>Comparați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condițiile</w:t>
      </w:r>
      <w:proofErr w:type="spellEnd"/>
      <w:r w:rsidRPr="007949A6">
        <w:rPr>
          <w:rFonts w:ascii="Times New Roman" w:hAnsi="Times New Roman" w:cs="Times New Roman"/>
          <w:b/>
        </w:rPr>
        <w:t xml:space="preserve"> de </w:t>
      </w:r>
      <w:proofErr w:type="spellStart"/>
      <w:r w:rsidRPr="007949A6">
        <w:rPr>
          <w:rFonts w:ascii="Times New Roman" w:hAnsi="Times New Roman" w:cs="Times New Roman"/>
          <w:b/>
        </w:rPr>
        <w:t>locuit</w:t>
      </w:r>
      <w:proofErr w:type="spellEnd"/>
      <w:r w:rsidRPr="007949A6">
        <w:rPr>
          <w:rFonts w:ascii="Times New Roman" w:hAnsi="Times New Roman" w:cs="Times New Roman"/>
          <w:b/>
        </w:rPr>
        <w:t xml:space="preserve"> din 'domus' cu </w:t>
      </w:r>
      <w:proofErr w:type="spellStart"/>
      <w:r w:rsidRPr="007949A6">
        <w:rPr>
          <w:rFonts w:ascii="Times New Roman" w:hAnsi="Times New Roman" w:cs="Times New Roman"/>
          <w:b/>
        </w:rPr>
        <w:t>cele</w:t>
      </w:r>
      <w:proofErr w:type="spellEnd"/>
      <w:r w:rsidRPr="007949A6">
        <w:rPr>
          <w:rFonts w:ascii="Times New Roman" w:hAnsi="Times New Roman" w:cs="Times New Roman"/>
          <w:b/>
        </w:rPr>
        <w:t xml:space="preserve"> din </w:t>
      </w:r>
      <w:proofErr w:type="spellStart"/>
      <w:r w:rsidRPr="007949A6">
        <w:rPr>
          <w:rFonts w:ascii="Times New Roman" w:hAnsi="Times New Roman" w:cs="Times New Roman"/>
          <w:b/>
        </w:rPr>
        <w:t>blocurile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numite</w:t>
      </w:r>
      <w:proofErr w:type="spellEnd"/>
      <w:r w:rsidRPr="007949A6">
        <w:rPr>
          <w:rFonts w:ascii="Times New Roman" w:hAnsi="Times New Roman" w:cs="Times New Roman"/>
          <w:b/>
        </w:rPr>
        <w:t xml:space="preserve"> 'insulae'.</w:t>
      </w:r>
    </w:p>
    <w:p w14:paraId="55743AD2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670174D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DEC1AD2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25CDC567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3. Ce </w:t>
      </w:r>
      <w:proofErr w:type="spellStart"/>
      <w:r w:rsidRPr="007949A6">
        <w:rPr>
          <w:rFonts w:ascii="Times New Roman" w:hAnsi="Times New Roman" w:cs="Times New Roman"/>
          <w:b/>
        </w:rPr>
        <w:t>însemna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politica</w:t>
      </w:r>
      <w:proofErr w:type="spellEnd"/>
      <w:r w:rsidRPr="007949A6">
        <w:rPr>
          <w:rFonts w:ascii="Times New Roman" w:hAnsi="Times New Roman" w:cs="Times New Roman"/>
          <w:b/>
        </w:rPr>
        <w:t xml:space="preserve"> '</w:t>
      </w:r>
      <w:proofErr w:type="spellStart"/>
      <w:r w:rsidRPr="007949A6">
        <w:rPr>
          <w:rFonts w:ascii="Times New Roman" w:hAnsi="Times New Roman" w:cs="Times New Roman"/>
          <w:b/>
        </w:rPr>
        <w:t>Panem</w:t>
      </w:r>
      <w:proofErr w:type="spellEnd"/>
      <w:r w:rsidRPr="007949A6">
        <w:rPr>
          <w:rFonts w:ascii="Times New Roman" w:hAnsi="Times New Roman" w:cs="Times New Roman"/>
          <w:b/>
        </w:rPr>
        <w:t xml:space="preserve"> et </w:t>
      </w:r>
      <w:proofErr w:type="spellStart"/>
      <w:r w:rsidRPr="007949A6">
        <w:rPr>
          <w:rFonts w:ascii="Times New Roman" w:hAnsi="Times New Roman" w:cs="Times New Roman"/>
          <w:b/>
        </w:rPr>
        <w:t>Circenses</w:t>
      </w:r>
      <w:proofErr w:type="spellEnd"/>
      <w:r w:rsidRPr="007949A6">
        <w:rPr>
          <w:rFonts w:ascii="Times New Roman" w:hAnsi="Times New Roman" w:cs="Times New Roman"/>
          <w:b/>
        </w:rPr>
        <w:t>' (</w:t>
      </w:r>
      <w:proofErr w:type="spellStart"/>
      <w:r w:rsidRPr="007949A6">
        <w:rPr>
          <w:rFonts w:ascii="Times New Roman" w:hAnsi="Times New Roman" w:cs="Times New Roman"/>
          <w:b/>
        </w:rPr>
        <w:t>pâine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circ)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cine beneficia de </w:t>
      </w:r>
      <w:proofErr w:type="spellStart"/>
      <w:r w:rsidRPr="007949A6">
        <w:rPr>
          <w:rFonts w:ascii="Times New Roman" w:hAnsi="Times New Roman" w:cs="Times New Roman"/>
          <w:b/>
        </w:rPr>
        <w:t>ea</w:t>
      </w:r>
      <w:proofErr w:type="spellEnd"/>
      <w:r w:rsidRPr="007949A6">
        <w:rPr>
          <w:rFonts w:ascii="Times New Roman" w:hAnsi="Times New Roman" w:cs="Times New Roman"/>
          <w:b/>
        </w:rPr>
        <w:t>?</w:t>
      </w:r>
    </w:p>
    <w:p w14:paraId="621AD57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A7BEFED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FB02BB1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4. </w:t>
      </w:r>
      <w:proofErr w:type="spellStart"/>
      <w:r w:rsidRPr="007949A6">
        <w:rPr>
          <w:rFonts w:ascii="Times New Roman" w:hAnsi="Times New Roman" w:cs="Times New Roman"/>
          <w:b/>
        </w:rPr>
        <w:t>Numiți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trei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zei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principali</w:t>
      </w:r>
      <w:proofErr w:type="spellEnd"/>
      <w:r w:rsidRPr="007949A6">
        <w:rPr>
          <w:rFonts w:ascii="Times New Roman" w:hAnsi="Times New Roman" w:cs="Times New Roman"/>
          <w:b/>
        </w:rPr>
        <w:t xml:space="preserve"> din </w:t>
      </w:r>
      <w:proofErr w:type="spellStart"/>
      <w:r w:rsidRPr="007949A6">
        <w:rPr>
          <w:rFonts w:ascii="Times New Roman" w:hAnsi="Times New Roman" w:cs="Times New Roman"/>
          <w:b/>
        </w:rPr>
        <w:t>panteonul</w:t>
      </w:r>
      <w:proofErr w:type="spellEnd"/>
      <w:r w:rsidRPr="007949A6">
        <w:rPr>
          <w:rFonts w:ascii="Times New Roman" w:hAnsi="Times New Roman" w:cs="Times New Roman"/>
          <w:b/>
        </w:rPr>
        <w:t xml:space="preserve"> roman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domeniile</w:t>
      </w:r>
      <w:proofErr w:type="spellEnd"/>
      <w:r w:rsidRPr="007949A6">
        <w:rPr>
          <w:rFonts w:ascii="Times New Roman" w:hAnsi="Times New Roman" w:cs="Times New Roman"/>
          <w:b/>
        </w:rPr>
        <w:t xml:space="preserve"> pe care </w:t>
      </w:r>
      <w:proofErr w:type="spellStart"/>
      <w:r w:rsidRPr="007949A6">
        <w:rPr>
          <w:rFonts w:ascii="Times New Roman" w:hAnsi="Times New Roman" w:cs="Times New Roman"/>
          <w:b/>
        </w:rPr>
        <w:t>aceștia</w:t>
      </w:r>
      <w:proofErr w:type="spellEnd"/>
      <w:r w:rsidRPr="007949A6">
        <w:rPr>
          <w:rFonts w:ascii="Times New Roman" w:hAnsi="Times New Roman" w:cs="Times New Roman"/>
          <w:b/>
        </w:rPr>
        <w:t xml:space="preserve"> le </w:t>
      </w:r>
      <w:proofErr w:type="spellStart"/>
      <w:r w:rsidRPr="007949A6">
        <w:rPr>
          <w:rFonts w:ascii="Times New Roman" w:hAnsi="Times New Roman" w:cs="Times New Roman"/>
          <w:b/>
        </w:rPr>
        <w:t>patronau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648901E9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71B34F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69CBC217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5. Cum </w:t>
      </w:r>
      <w:proofErr w:type="gramStart"/>
      <w:r w:rsidRPr="007949A6">
        <w:rPr>
          <w:rFonts w:ascii="Times New Roman" w:hAnsi="Times New Roman" w:cs="Times New Roman"/>
          <w:b/>
        </w:rPr>
        <w:t>a</w:t>
      </w:r>
      <w:proofErr w:type="gram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apărut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creștinismul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de </w:t>
      </w:r>
      <w:proofErr w:type="spellStart"/>
      <w:r w:rsidRPr="007949A6">
        <w:rPr>
          <w:rFonts w:ascii="Times New Roman" w:hAnsi="Times New Roman" w:cs="Times New Roman"/>
          <w:b/>
        </w:rPr>
        <w:t>ce</w:t>
      </w:r>
      <w:proofErr w:type="spellEnd"/>
      <w:r w:rsidRPr="007949A6">
        <w:rPr>
          <w:rFonts w:ascii="Times New Roman" w:hAnsi="Times New Roman" w:cs="Times New Roman"/>
          <w:b/>
        </w:rPr>
        <w:t xml:space="preserve"> au </w:t>
      </w:r>
      <w:proofErr w:type="spellStart"/>
      <w:r w:rsidRPr="007949A6">
        <w:rPr>
          <w:rFonts w:ascii="Times New Roman" w:hAnsi="Times New Roman" w:cs="Times New Roman"/>
          <w:b/>
        </w:rPr>
        <w:t>fost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creștinii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persecutați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în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primele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secole</w:t>
      </w:r>
      <w:proofErr w:type="spellEnd"/>
      <w:r w:rsidRPr="007949A6">
        <w:rPr>
          <w:rFonts w:ascii="Times New Roman" w:hAnsi="Times New Roman" w:cs="Times New Roman"/>
          <w:b/>
        </w:rPr>
        <w:t>?</w:t>
      </w:r>
    </w:p>
    <w:p w14:paraId="48E1EEF5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E98F77C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6D5B18A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5ACD98E1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6. Ce </w:t>
      </w:r>
      <w:proofErr w:type="spellStart"/>
      <w:r w:rsidRPr="007949A6">
        <w:rPr>
          <w:rFonts w:ascii="Times New Roman" w:hAnsi="Times New Roman" w:cs="Times New Roman"/>
          <w:b/>
        </w:rPr>
        <w:t>importanță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gramStart"/>
      <w:r w:rsidRPr="007949A6">
        <w:rPr>
          <w:rFonts w:ascii="Times New Roman" w:hAnsi="Times New Roman" w:cs="Times New Roman"/>
          <w:b/>
        </w:rPr>
        <w:t>a</w:t>
      </w:r>
      <w:proofErr w:type="gram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avut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Edictul</w:t>
      </w:r>
      <w:proofErr w:type="spellEnd"/>
      <w:r w:rsidRPr="007949A6">
        <w:rPr>
          <w:rFonts w:ascii="Times New Roman" w:hAnsi="Times New Roman" w:cs="Times New Roman"/>
          <w:b/>
        </w:rPr>
        <w:t xml:space="preserve"> de la Milano din </w:t>
      </w:r>
      <w:proofErr w:type="spellStart"/>
      <w:r w:rsidRPr="007949A6">
        <w:rPr>
          <w:rFonts w:ascii="Times New Roman" w:hAnsi="Times New Roman" w:cs="Times New Roman"/>
          <w:b/>
        </w:rPr>
        <w:t>anul</w:t>
      </w:r>
      <w:proofErr w:type="spellEnd"/>
      <w:r w:rsidRPr="007949A6">
        <w:rPr>
          <w:rFonts w:ascii="Times New Roman" w:hAnsi="Times New Roman" w:cs="Times New Roman"/>
          <w:b/>
        </w:rPr>
        <w:t xml:space="preserve"> 313 </w:t>
      </w:r>
      <w:proofErr w:type="spellStart"/>
      <w:r w:rsidRPr="007949A6">
        <w:rPr>
          <w:rFonts w:ascii="Times New Roman" w:hAnsi="Times New Roman" w:cs="Times New Roman"/>
          <w:b/>
        </w:rPr>
        <w:t>pentru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libertatea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religioasă</w:t>
      </w:r>
      <w:proofErr w:type="spellEnd"/>
      <w:r w:rsidRPr="007949A6">
        <w:rPr>
          <w:rFonts w:ascii="Times New Roman" w:hAnsi="Times New Roman" w:cs="Times New Roman"/>
          <w:b/>
        </w:rPr>
        <w:t>?</w:t>
      </w:r>
    </w:p>
    <w:p w14:paraId="1C6EE441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65375665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6FA5728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 w:type="page"/>
      </w:r>
    </w:p>
    <w:p w14:paraId="1CEE53AE" w14:textId="77777777" w:rsidR="007949A6" w:rsidRPr="007949A6" w:rsidRDefault="007949A6" w:rsidP="007949A6">
      <w:pPr>
        <w:jc w:val="center"/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  <w:color w:val="003366"/>
          <w:sz w:val="32"/>
        </w:rPr>
        <w:lastRenderedPageBreak/>
        <w:t>FIȘĂ DE LUCRU NR. 5</w:t>
      </w:r>
      <w:r w:rsidRPr="007949A6">
        <w:rPr>
          <w:rFonts w:ascii="Times New Roman" w:hAnsi="Times New Roman" w:cs="Times New Roman"/>
          <w:b/>
          <w:color w:val="003366"/>
          <w:sz w:val="32"/>
        </w:rPr>
        <w:br/>
      </w:r>
      <w:proofErr w:type="spellStart"/>
      <w:r w:rsidRPr="007949A6">
        <w:rPr>
          <w:rFonts w:ascii="Times New Roman" w:hAnsi="Times New Roman" w:cs="Times New Roman"/>
          <w:b/>
          <w:sz w:val="28"/>
        </w:rPr>
        <w:t>Romanizarea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Declinul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și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Moștenirea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Civilizației</w:t>
      </w:r>
      <w:proofErr w:type="spellEnd"/>
      <w:r w:rsidRPr="007949A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  <w:sz w:val="28"/>
        </w:rPr>
        <w:t>Romane</w:t>
      </w:r>
      <w:proofErr w:type="spellEnd"/>
    </w:p>
    <w:p w14:paraId="7E0CEBE3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/>
      </w:r>
      <w:proofErr w:type="spellStart"/>
      <w:r w:rsidRPr="007949A6">
        <w:rPr>
          <w:rFonts w:ascii="Times New Roman" w:hAnsi="Times New Roman" w:cs="Times New Roman"/>
        </w:rPr>
        <w:t>Nume</w:t>
      </w:r>
      <w:proofErr w:type="spellEnd"/>
      <w:r w:rsidRPr="007949A6">
        <w:rPr>
          <w:rFonts w:ascii="Times New Roman" w:hAnsi="Times New Roman" w:cs="Times New Roman"/>
        </w:rPr>
        <w:t xml:space="preserve"> </w:t>
      </w:r>
      <w:proofErr w:type="spellStart"/>
      <w:r w:rsidRPr="007949A6">
        <w:rPr>
          <w:rFonts w:ascii="Times New Roman" w:hAnsi="Times New Roman" w:cs="Times New Roman"/>
        </w:rPr>
        <w:t>și</w:t>
      </w:r>
      <w:proofErr w:type="spellEnd"/>
      <w:r w:rsidRPr="007949A6">
        <w:rPr>
          <w:rFonts w:ascii="Times New Roman" w:hAnsi="Times New Roman" w:cs="Times New Roman"/>
        </w:rPr>
        <w:t xml:space="preserve"> </w:t>
      </w:r>
      <w:proofErr w:type="spellStart"/>
      <w:r w:rsidRPr="007949A6">
        <w:rPr>
          <w:rFonts w:ascii="Times New Roman" w:hAnsi="Times New Roman" w:cs="Times New Roman"/>
        </w:rPr>
        <w:t>prenume</w:t>
      </w:r>
      <w:proofErr w:type="spellEnd"/>
      <w:r w:rsidRPr="007949A6">
        <w:rPr>
          <w:rFonts w:ascii="Times New Roman" w:hAnsi="Times New Roman" w:cs="Times New Roman"/>
        </w:rPr>
        <w:t>: _________________________________    Data: ________</w:t>
      </w:r>
    </w:p>
    <w:p w14:paraId="50C24DB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--------------------------------------------------------------------------------</w:t>
      </w:r>
    </w:p>
    <w:p w14:paraId="492C2ED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1. </w:t>
      </w:r>
      <w:proofErr w:type="spellStart"/>
      <w:r w:rsidRPr="007949A6">
        <w:rPr>
          <w:rFonts w:ascii="Times New Roman" w:hAnsi="Times New Roman" w:cs="Times New Roman"/>
          <w:b/>
        </w:rPr>
        <w:t>Definiți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procesul</w:t>
      </w:r>
      <w:proofErr w:type="spellEnd"/>
      <w:r w:rsidRPr="007949A6">
        <w:rPr>
          <w:rFonts w:ascii="Times New Roman" w:hAnsi="Times New Roman" w:cs="Times New Roman"/>
          <w:b/>
        </w:rPr>
        <w:t xml:space="preserve"> de '</w:t>
      </w:r>
      <w:proofErr w:type="spellStart"/>
      <w:r w:rsidRPr="007949A6">
        <w:rPr>
          <w:rFonts w:ascii="Times New Roman" w:hAnsi="Times New Roman" w:cs="Times New Roman"/>
          <w:b/>
        </w:rPr>
        <w:t>romanizare</w:t>
      </w:r>
      <w:proofErr w:type="spellEnd"/>
      <w:r w:rsidRPr="007949A6">
        <w:rPr>
          <w:rFonts w:ascii="Times New Roman" w:hAnsi="Times New Roman" w:cs="Times New Roman"/>
          <w:b/>
        </w:rPr>
        <w:t xml:space="preserve">'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precizați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scopul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acestuia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3F0D9AEA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07FCCE51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08839B99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2. </w:t>
      </w:r>
      <w:proofErr w:type="spellStart"/>
      <w:r w:rsidRPr="007949A6">
        <w:rPr>
          <w:rFonts w:ascii="Times New Roman" w:hAnsi="Times New Roman" w:cs="Times New Roman"/>
          <w:b/>
        </w:rPr>
        <w:t>Menționați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patru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factori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principali</w:t>
      </w:r>
      <w:proofErr w:type="spellEnd"/>
      <w:r w:rsidRPr="007949A6">
        <w:rPr>
          <w:rFonts w:ascii="Times New Roman" w:hAnsi="Times New Roman" w:cs="Times New Roman"/>
          <w:b/>
        </w:rPr>
        <w:t xml:space="preserve"> care au </w:t>
      </w:r>
      <w:proofErr w:type="spellStart"/>
      <w:r w:rsidRPr="007949A6">
        <w:rPr>
          <w:rFonts w:ascii="Times New Roman" w:hAnsi="Times New Roman" w:cs="Times New Roman"/>
          <w:b/>
        </w:rPr>
        <w:t>facilitat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romanizarea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provinciilor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cucerite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3BF4E977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DAD4C81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C5CB54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4BA3120D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3. Cine a </w:t>
      </w:r>
      <w:proofErr w:type="spellStart"/>
      <w:r w:rsidRPr="007949A6">
        <w:rPr>
          <w:rFonts w:ascii="Times New Roman" w:hAnsi="Times New Roman" w:cs="Times New Roman"/>
          <w:b/>
        </w:rPr>
        <w:t>fost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împăratul</w:t>
      </w:r>
      <w:proofErr w:type="spellEnd"/>
      <w:r w:rsidRPr="007949A6">
        <w:rPr>
          <w:rFonts w:ascii="Times New Roman" w:hAnsi="Times New Roman" w:cs="Times New Roman"/>
          <w:b/>
        </w:rPr>
        <w:t xml:space="preserve"> care a </w:t>
      </w:r>
      <w:proofErr w:type="spellStart"/>
      <w:r w:rsidRPr="007949A6">
        <w:rPr>
          <w:rFonts w:ascii="Times New Roman" w:hAnsi="Times New Roman" w:cs="Times New Roman"/>
          <w:b/>
        </w:rPr>
        <w:t>împărțit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imperiul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în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anul</w:t>
      </w:r>
      <w:proofErr w:type="spellEnd"/>
      <w:r w:rsidRPr="007949A6">
        <w:rPr>
          <w:rFonts w:ascii="Times New Roman" w:hAnsi="Times New Roman" w:cs="Times New Roman"/>
          <w:b/>
        </w:rPr>
        <w:t xml:space="preserve"> 395 </w:t>
      </w:r>
      <w:proofErr w:type="spellStart"/>
      <w:r w:rsidRPr="007949A6">
        <w:rPr>
          <w:rFonts w:ascii="Times New Roman" w:hAnsi="Times New Roman" w:cs="Times New Roman"/>
          <w:b/>
        </w:rPr>
        <w:t>și</w:t>
      </w:r>
      <w:proofErr w:type="spellEnd"/>
      <w:r w:rsidRPr="007949A6">
        <w:rPr>
          <w:rFonts w:ascii="Times New Roman" w:hAnsi="Times New Roman" w:cs="Times New Roman"/>
          <w:b/>
        </w:rPr>
        <w:t xml:space="preserve"> care au </w:t>
      </w:r>
      <w:proofErr w:type="spellStart"/>
      <w:r w:rsidRPr="007949A6">
        <w:rPr>
          <w:rFonts w:ascii="Times New Roman" w:hAnsi="Times New Roman" w:cs="Times New Roman"/>
          <w:b/>
        </w:rPr>
        <w:t>fost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cele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două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capitale</w:t>
      </w:r>
      <w:proofErr w:type="spellEnd"/>
      <w:r w:rsidRPr="007949A6">
        <w:rPr>
          <w:rFonts w:ascii="Times New Roman" w:hAnsi="Times New Roman" w:cs="Times New Roman"/>
          <w:b/>
        </w:rPr>
        <w:t>?</w:t>
      </w:r>
    </w:p>
    <w:p w14:paraId="49F84B79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55743720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66739C1E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4. </w:t>
      </w:r>
      <w:proofErr w:type="spellStart"/>
      <w:r w:rsidRPr="007949A6">
        <w:rPr>
          <w:rFonts w:ascii="Times New Roman" w:hAnsi="Times New Roman" w:cs="Times New Roman"/>
          <w:b/>
        </w:rPr>
        <w:t>Numiți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cauza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principală</w:t>
      </w:r>
      <w:proofErr w:type="spellEnd"/>
      <w:r w:rsidRPr="007949A6">
        <w:rPr>
          <w:rFonts w:ascii="Times New Roman" w:hAnsi="Times New Roman" w:cs="Times New Roman"/>
          <w:b/>
        </w:rPr>
        <w:t xml:space="preserve"> care a </w:t>
      </w:r>
      <w:proofErr w:type="spellStart"/>
      <w:r w:rsidRPr="007949A6">
        <w:rPr>
          <w:rFonts w:ascii="Times New Roman" w:hAnsi="Times New Roman" w:cs="Times New Roman"/>
          <w:b/>
        </w:rPr>
        <w:t>dus</w:t>
      </w:r>
      <w:proofErr w:type="spellEnd"/>
      <w:r w:rsidRPr="007949A6">
        <w:rPr>
          <w:rFonts w:ascii="Times New Roman" w:hAnsi="Times New Roman" w:cs="Times New Roman"/>
          <w:b/>
        </w:rPr>
        <w:t xml:space="preserve"> la </w:t>
      </w:r>
      <w:proofErr w:type="spellStart"/>
      <w:r w:rsidRPr="007949A6">
        <w:rPr>
          <w:rFonts w:ascii="Times New Roman" w:hAnsi="Times New Roman" w:cs="Times New Roman"/>
          <w:b/>
        </w:rPr>
        <w:t>căderea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Imperiului</w:t>
      </w:r>
      <w:proofErr w:type="spellEnd"/>
      <w:r w:rsidRPr="007949A6">
        <w:rPr>
          <w:rFonts w:ascii="Times New Roman" w:hAnsi="Times New Roman" w:cs="Times New Roman"/>
          <w:b/>
        </w:rPr>
        <w:t xml:space="preserve"> Roman de Apus </w:t>
      </w:r>
      <w:proofErr w:type="spellStart"/>
      <w:r w:rsidRPr="007949A6">
        <w:rPr>
          <w:rFonts w:ascii="Times New Roman" w:hAnsi="Times New Roman" w:cs="Times New Roman"/>
          <w:b/>
        </w:rPr>
        <w:t>în</w:t>
      </w:r>
      <w:proofErr w:type="spellEnd"/>
      <w:r w:rsidRPr="007949A6">
        <w:rPr>
          <w:rFonts w:ascii="Times New Roman" w:hAnsi="Times New Roman" w:cs="Times New Roman"/>
          <w:b/>
        </w:rPr>
        <w:t xml:space="preserve"> 476 </w:t>
      </w:r>
      <w:proofErr w:type="spellStart"/>
      <w:r w:rsidRPr="007949A6">
        <w:rPr>
          <w:rFonts w:ascii="Times New Roman" w:hAnsi="Times New Roman" w:cs="Times New Roman"/>
          <w:b/>
        </w:rPr>
        <w:t>d.Hr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7C390E6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3EA67A6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42972A3D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5. </w:t>
      </w:r>
      <w:proofErr w:type="spellStart"/>
      <w:r w:rsidRPr="007949A6">
        <w:rPr>
          <w:rFonts w:ascii="Times New Roman" w:hAnsi="Times New Roman" w:cs="Times New Roman"/>
          <w:b/>
        </w:rPr>
        <w:t>Enumerați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patru</w:t>
      </w:r>
      <w:proofErr w:type="spellEnd"/>
      <w:r w:rsidRPr="007949A6">
        <w:rPr>
          <w:rFonts w:ascii="Times New Roman" w:hAnsi="Times New Roman" w:cs="Times New Roman"/>
          <w:b/>
        </w:rPr>
        <w:t xml:space="preserve"> limbi </w:t>
      </w:r>
      <w:proofErr w:type="spellStart"/>
      <w:r w:rsidRPr="007949A6">
        <w:rPr>
          <w:rFonts w:ascii="Times New Roman" w:hAnsi="Times New Roman" w:cs="Times New Roman"/>
          <w:b/>
        </w:rPr>
        <w:t>neolatine</w:t>
      </w:r>
      <w:proofErr w:type="spellEnd"/>
      <w:r w:rsidRPr="007949A6">
        <w:rPr>
          <w:rFonts w:ascii="Times New Roman" w:hAnsi="Times New Roman" w:cs="Times New Roman"/>
          <w:b/>
        </w:rPr>
        <w:t xml:space="preserve"> (</w:t>
      </w:r>
      <w:proofErr w:type="spellStart"/>
      <w:r w:rsidRPr="007949A6">
        <w:rPr>
          <w:rFonts w:ascii="Times New Roman" w:hAnsi="Times New Roman" w:cs="Times New Roman"/>
          <w:b/>
        </w:rPr>
        <w:t>romanice</w:t>
      </w:r>
      <w:proofErr w:type="spellEnd"/>
      <w:r w:rsidRPr="007949A6">
        <w:rPr>
          <w:rFonts w:ascii="Times New Roman" w:hAnsi="Times New Roman" w:cs="Times New Roman"/>
          <w:b/>
        </w:rPr>
        <w:t xml:space="preserve">) care s-au format din </w:t>
      </w:r>
      <w:proofErr w:type="spellStart"/>
      <w:r w:rsidRPr="007949A6">
        <w:rPr>
          <w:rFonts w:ascii="Times New Roman" w:hAnsi="Times New Roman" w:cs="Times New Roman"/>
          <w:b/>
        </w:rPr>
        <w:t>limba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latină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3C3C4552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6F3C287D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1EA2B1C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6. </w:t>
      </w:r>
      <w:proofErr w:type="spellStart"/>
      <w:r w:rsidRPr="007949A6">
        <w:rPr>
          <w:rFonts w:ascii="Times New Roman" w:hAnsi="Times New Roman" w:cs="Times New Roman"/>
          <w:b/>
        </w:rPr>
        <w:t>Explicați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importanța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Dreptului</w:t>
      </w:r>
      <w:proofErr w:type="spellEnd"/>
      <w:r w:rsidRPr="007949A6">
        <w:rPr>
          <w:rFonts w:ascii="Times New Roman" w:hAnsi="Times New Roman" w:cs="Times New Roman"/>
          <w:b/>
        </w:rPr>
        <w:t xml:space="preserve"> Roman </w:t>
      </w:r>
      <w:proofErr w:type="spellStart"/>
      <w:r w:rsidRPr="007949A6">
        <w:rPr>
          <w:rFonts w:ascii="Times New Roman" w:hAnsi="Times New Roman" w:cs="Times New Roman"/>
          <w:b/>
        </w:rPr>
        <w:t>pentru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sistemele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juridice</w:t>
      </w:r>
      <w:proofErr w:type="spellEnd"/>
      <w:r w:rsidRPr="007949A6">
        <w:rPr>
          <w:rFonts w:ascii="Times New Roman" w:hAnsi="Times New Roman" w:cs="Times New Roman"/>
          <w:b/>
        </w:rPr>
        <w:t xml:space="preserve"> din </w:t>
      </w:r>
      <w:proofErr w:type="spellStart"/>
      <w:r w:rsidRPr="007949A6">
        <w:rPr>
          <w:rFonts w:ascii="Times New Roman" w:hAnsi="Times New Roman" w:cs="Times New Roman"/>
          <w:b/>
        </w:rPr>
        <w:t>zilele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noastre</w:t>
      </w:r>
      <w:proofErr w:type="spellEnd"/>
      <w:r w:rsidRPr="007949A6">
        <w:rPr>
          <w:rFonts w:ascii="Times New Roman" w:hAnsi="Times New Roman" w:cs="Times New Roman"/>
          <w:b/>
        </w:rPr>
        <w:t>.</w:t>
      </w:r>
    </w:p>
    <w:p w14:paraId="3F84B9FF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61E049F8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482A33B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  <w:b/>
        </w:rPr>
        <w:t xml:space="preserve">7. Ce s-a </w:t>
      </w:r>
      <w:proofErr w:type="spellStart"/>
      <w:r w:rsidRPr="007949A6">
        <w:rPr>
          <w:rFonts w:ascii="Times New Roman" w:hAnsi="Times New Roman" w:cs="Times New Roman"/>
          <w:b/>
        </w:rPr>
        <w:t>întâmplat</w:t>
      </w:r>
      <w:proofErr w:type="spellEnd"/>
      <w:r w:rsidRPr="007949A6">
        <w:rPr>
          <w:rFonts w:ascii="Times New Roman" w:hAnsi="Times New Roman" w:cs="Times New Roman"/>
          <w:b/>
        </w:rPr>
        <w:t xml:space="preserve"> cu </w:t>
      </w:r>
      <w:proofErr w:type="spellStart"/>
      <w:r w:rsidRPr="007949A6">
        <w:rPr>
          <w:rFonts w:ascii="Times New Roman" w:hAnsi="Times New Roman" w:cs="Times New Roman"/>
          <w:b/>
        </w:rPr>
        <w:t>Imperiul</w:t>
      </w:r>
      <w:proofErr w:type="spellEnd"/>
      <w:r w:rsidRPr="007949A6">
        <w:rPr>
          <w:rFonts w:ascii="Times New Roman" w:hAnsi="Times New Roman" w:cs="Times New Roman"/>
          <w:b/>
        </w:rPr>
        <w:t xml:space="preserve"> Roman de </w:t>
      </w:r>
      <w:proofErr w:type="spellStart"/>
      <w:r w:rsidRPr="007949A6">
        <w:rPr>
          <w:rFonts w:ascii="Times New Roman" w:hAnsi="Times New Roman" w:cs="Times New Roman"/>
          <w:b/>
        </w:rPr>
        <w:t>Răsărit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după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căderea</w:t>
      </w:r>
      <w:proofErr w:type="spellEnd"/>
      <w:r w:rsidRPr="007949A6">
        <w:rPr>
          <w:rFonts w:ascii="Times New Roman" w:hAnsi="Times New Roman" w:cs="Times New Roman"/>
          <w:b/>
        </w:rPr>
        <w:t xml:space="preserve"> </w:t>
      </w:r>
      <w:proofErr w:type="spellStart"/>
      <w:r w:rsidRPr="007949A6">
        <w:rPr>
          <w:rFonts w:ascii="Times New Roman" w:hAnsi="Times New Roman" w:cs="Times New Roman"/>
          <w:b/>
        </w:rPr>
        <w:t>Romei</w:t>
      </w:r>
      <w:proofErr w:type="spellEnd"/>
      <w:r w:rsidRPr="007949A6">
        <w:rPr>
          <w:rFonts w:ascii="Times New Roman" w:hAnsi="Times New Roman" w:cs="Times New Roman"/>
          <w:b/>
        </w:rPr>
        <w:t>?</w:t>
      </w:r>
    </w:p>
    <w:p w14:paraId="52BCFD1A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3746B33A" w14:textId="77777777" w:rsidR="007949A6" w:rsidRPr="007949A6" w:rsidRDefault="007949A6" w:rsidP="007949A6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FB84AA2" w14:textId="77777777" w:rsidR="007949A6" w:rsidRPr="007949A6" w:rsidRDefault="007949A6" w:rsidP="00052B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B1014EE" w14:textId="462BF73A" w:rsidR="004279C7" w:rsidRPr="007949A6" w:rsidRDefault="002B23CE" w:rsidP="00052BE5">
      <w:pPr>
        <w:jc w:val="center"/>
        <w:rPr>
          <w:rFonts w:ascii="Times New Roman" w:hAnsi="Times New Roman" w:cs="Times New Roman"/>
          <w:sz w:val="28"/>
          <w:szCs w:val="28"/>
        </w:rPr>
      </w:pPr>
      <w:r w:rsidRPr="007949A6">
        <w:rPr>
          <w:rFonts w:ascii="Times New Roman" w:hAnsi="Times New Roman" w:cs="Times New Roman"/>
          <w:sz w:val="28"/>
          <w:szCs w:val="28"/>
        </w:rPr>
        <w:lastRenderedPageBreak/>
        <w:t>FIȘĂ DE EVALUARE: IMPERIUL ROMAN</w:t>
      </w:r>
    </w:p>
    <w:p w14:paraId="32FFE3E0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/>
        <w:t>Subiectul I (3 puncte): Comparați inst</w:t>
      </w:r>
      <w:r w:rsidRPr="007949A6">
        <w:rPr>
          <w:rFonts w:ascii="Times New Roman" w:hAnsi="Times New Roman" w:cs="Times New Roman"/>
        </w:rPr>
        <w:t>ituțiile Republicii cu cele ale Imperiului, menționând cel puțin două diferențe majore.</w:t>
      </w:r>
    </w:p>
    <w:p w14:paraId="1DD5D421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Subiectul II (3 puncte): Explicați rolul drumurilor romane în procesul de romanizare a provinciilor.</w:t>
      </w:r>
    </w:p>
    <w:p w14:paraId="2F37C1F8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 xml:space="preserve">Subiectul III (2 puncte): Numiți trei elemente de inginerie romană </w:t>
      </w:r>
      <w:r w:rsidRPr="007949A6">
        <w:rPr>
          <w:rFonts w:ascii="Times New Roman" w:hAnsi="Times New Roman" w:cs="Times New Roman"/>
        </w:rPr>
        <w:t>utilizate în construcția apeductelor.</w:t>
      </w:r>
    </w:p>
    <w:p w14:paraId="0919019E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t>Subiectul IV (2 puncte): Analizați cauzele interne care au dus la prăbușirea Imperiului Roman de Apus.</w:t>
      </w:r>
    </w:p>
    <w:p w14:paraId="7204156D" w14:textId="2B2195C4" w:rsidR="00C83874" w:rsidRPr="00C83874" w:rsidRDefault="00C83874" w:rsidP="00C838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8387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BIBLIOGRAFIE ȘI RESURSE EDUCAȚIONALE </w:t>
      </w:r>
    </w:p>
    <w:p w14:paraId="21B6DC21" w14:textId="77777777" w:rsidR="00C83874" w:rsidRPr="00C83874" w:rsidRDefault="00C83874" w:rsidP="00C838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I.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Documente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Oficiale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Curriculare</w:t>
      </w:r>
      <w:proofErr w:type="spellEnd"/>
    </w:p>
    <w:p w14:paraId="2CBC4BA1" w14:textId="669BA7C4" w:rsidR="00C83874" w:rsidRPr="00C83874" w:rsidRDefault="00C83874" w:rsidP="00C8387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Ministerul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Educației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Naționale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Programa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școlară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disciplina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Istorie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clasele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V-a – a VIII-a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aprobată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O.M. nr. 3393 / 28.02.2017.</w:t>
      </w:r>
      <w:bookmarkStart w:id="0" w:name="_GoBack"/>
      <w:bookmarkEnd w:id="0"/>
    </w:p>
    <w:p w14:paraId="4EAE1776" w14:textId="77777777" w:rsidR="00C83874" w:rsidRPr="00C83874" w:rsidRDefault="00C83874" w:rsidP="00C838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II.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Manuale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Suporturi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Didactice</w:t>
      </w:r>
      <w:proofErr w:type="spellEnd"/>
    </w:p>
    <w:p w14:paraId="07C6D7A6" w14:textId="77777777" w:rsidR="00C83874" w:rsidRPr="00C83874" w:rsidRDefault="00C83874" w:rsidP="00C838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Băluțoiu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Valentin;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Grecu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, Maria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Istorie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Manual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clasa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V-a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Editura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Didactică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Pedagogică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, 2023.</w:t>
      </w:r>
    </w:p>
    <w:p w14:paraId="724B9D3F" w14:textId="77777777" w:rsidR="00C83874" w:rsidRPr="00C83874" w:rsidRDefault="00C83874" w:rsidP="00C838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Manea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Mihai;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Pascu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, Adrian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Istorie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Manual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clasa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V-a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Editura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Corint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, 2022.</w:t>
      </w:r>
    </w:p>
    <w:p w14:paraId="59DC5E97" w14:textId="77777777" w:rsidR="00C83874" w:rsidRPr="00C83874" w:rsidRDefault="00C83874" w:rsidP="00C8387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Stoica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Stan;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Becheru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Dragoș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Istorie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: Manual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clasa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V-a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Editura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Art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Klett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, 2023.</w:t>
      </w:r>
    </w:p>
    <w:p w14:paraId="7625A57D" w14:textId="77777777" w:rsidR="00C83874" w:rsidRPr="00C83874" w:rsidRDefault="00C83874" w:rsidP="00C838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III.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Lucrări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Specialitate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Sinteze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Istorice</w:t>
      </w:r>
      <w:proofErr w:type="spellEnd"/>
    </w:p>
    <w:p w14:paraId="1D4A9610" w14:textId="77777777" w:rsidR="00C83874" w:rsidRPr="00C83874" w:rsidRDefault="00C83874" w:rsidP="00C8387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Beard, Mary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SPQR. O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istorie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Romei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antice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Editura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Trei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, 2017.</w:t>
      </w:r>
    </w:p>
    <w:p w14:paraId="516B9BC8" w14:textId="77777777" w:rsidR="00C83874" w:rsidRPr="00C83874" w:rsidRDefault="00C83874" w:rsidP="00C8387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Daicoviciu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, Hadrian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Dacii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Editura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enciclopedică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, 1972 (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contextul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romanizării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8443BCC" w14:textId="77777777" w:rsidR="00C83874" w:rsidRPr="00C83874" w:rsidRDefault="00C83874" w:rsidP="00C8387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Gibbon, Edward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Istoria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declinului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prăbușirii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Imperiului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Roman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ediție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prescurtată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Editura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Minerva,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, 1976.</w:t>
      </w:r>
    </w:p>
    <w:p w14:paraId="5CB6C96A" w14:textId="77777777" w:rsidR="00C83874" w:rsidRPr="00C83874" w:rsidRDefault="00C83874" w:rsidP="00C8387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Grimal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, Pierre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Civilizația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romană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Editura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Minerva,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, 1973.</w:t>
      </w:r>
    </w:p>
    <w:p w14:paraId="6B59CC36" w14:textId="77777777" w:rsidR="00C83874" w:rsidRPr="00C83874" w:rsidRDefault="00C83874" w:rsidP="00C8387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Piatkowski, Adelina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istorie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culturii</w:t>
      </w:r>
      <w:proofErr w:type="spellEnd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i/>
          <w:iCs/>
          <w:sz w:val="24"/>
          <w:szCs w:val="24"/>
        </w:rPr>
        <w:t>antice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Editura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Albatros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București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, 1988.</w:t>
      </w:r>
    </w:p>
    <w:p w14:paraId="6EFC1240" w14:textId="77777777" w:rsidR="00C83874" w:rsidRPr="00C83874" w:rsidRDefault="00C83874" w:rsidP="00C838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IV.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Resurse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Digitale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Webografie</w:t>
      </w:r>
      <w:proofErr w:type="spellEnd"/>
    </w:p>
    <w:p w14:paraId="57550AF9" w14:textId="77777777" w:rsidR="00C83874" w:rsidRPr="00C83874" w:rsidRDefault="00C83874" w:rsidP="00C8387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Historia.ro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Articole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viața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cotidiană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Roma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Antică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tactici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militare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romane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92D7AF" w14:textId="77777777" w:rsidR="00C83874" w:rsidRPr="00C83874" w:rsidRDefault="00C83874" w:rsidP="00C8387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Enciclopedia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Britannica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(britannica.com) –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Secțiunea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„Ancient Rome”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date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cronologice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exacte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693DA0" w14:textId="77777777" w:rsidR="00C83874" w:rsidRPr="00C83874" w:rsidRDefault="00C83874" w:rsidP="00C8387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Muzeul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Virtual al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Civilizației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Romane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Tururi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virtuale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Colosseumului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Panteonului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06DF014" w14:textId="77777777" w:rsidR="00C83874" w:rsidRPr="00C83874" w:rsidRDefault="00C83874" w:rsidP="00C8387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Khan Academy History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expansiunea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Imperiului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Roman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reformele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lui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Augustus.</w:t>
      </w:r>
    </w:p>
    <w:p w14:paraId="349FF7A6" w14:textId="77777777" w:rsidR="00C83874" w:rsidRPr="00C83874" w:rsidRDefault="00C83874" w:rsidP="00C8387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World History Encyclopedia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(worldhistory.org) –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Hărți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conceptuale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definiții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termenilor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juridici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romani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EC609C" w14:textId="77777777" w:rsidR="00C83874" w:rsidRPr="00C83874" w:rsidRDefault="00C83874" w:rsidP="00C8387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V. </w:t>
      </w:r>
      <w:proofErr w:type="spellStart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Surse</w:t>
      </w:r>
      <w:proofErr w:type="spellEnd"/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Multimedia</w:t>
      </w:r>
    </w:p>
    <w:p w14:paraId="4243418C" w14:textId="77777777" w:rsidR="00C83874" w:rsidRPr="00C83874" w:rsidRDefault="00C83874" w:rsidP="00C8387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Wikimedia Commons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Imagini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domeniu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public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reprezentând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busturi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împărați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monede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romane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situri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arheologice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(Pompeii, Roma).</w:t>
      </w:r>
    </w:p>
    <w:p w14:paraId="293681E2" w14:textId="77777777" w:rsidR="00C83874" w:rsidRPr="00C83874" w:rsidRDefault="00C83874" w:rsidP="00C8387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3874">
        <w:rPr>
          <w:rFonts w:ascii="Times New Roman" w:eastAsia="Times New Roman" w:hAnsi="Times New Roman" w:cs="Times New Roman"/>
          <w:b/>
          <w:bCs/>
          <w:sz w:val="24"/>
          <w:szCs w:val="24"/>
        </w:rPr>
        <w:t>Google Arts &amp; Culture</w:t>
      </w:r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Expoziții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digitale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despre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ingineria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romană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arta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83874">
        <w:rPr>
          <w:rFonts w:ascii="Times New Roman" w:eastAsia="Times New Roman" w:hAnsi="Times New Roman" w:cs="Times New Roman"/>
          <w:sz w:val="24"/>
          <w:szCs w:val="24"/>
        </w:rPr>
        <w:t>mozaicului</w:t>
      </w:r>
      <w:proofErr w:type="spellEnd"/>
      <w:r w:rsidRPr="00C8387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5FB88E" w14:textId="77777777" w:rsidR="004279C7" w:rsidRPr="007949A6" w:rsidRDefault="002B23CE">
      <w:pPr>
        <w:rPr>
          <w:rFonts w:ascii="Times New Roman" w:hAnsi="Times New Roman" w:cs="Times New Roman"/>
        </w:rPr>
      </w:pPr>
      <w:r w:rsidRPr="007949A6">
        <w:rPr>
          <w:rFonts w:ascii="Times New Roman" w:hAnsi="Times New Roman" w:cs="Times New Roman"/>
        </w:rPr>
        <w:br w:type="page"/>
      </w:r>
    </w:p>
    <w:p w14:paraId="54D8B294" w14:textId="20F272F1" w:rsidR="004279C7" w:rsidRPr="007949A6" w:rsidRDefault="004279C7">
      <w:pPr>
        <w:rPr>
          <w:rFonts w:ascii="Times New Roman" w:hAnsi="Times New Roman" w:cs="Times New Roman"/>
        </w:rPr>
      </w:pPr>
    </w:p>
    <w:sectPr w:rsidR="004279C7" w:rsidRPr="007949A6" w:rsidSect="00034616">
      <w:pgSz w:w="11909" w:h="16834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7762B1"/>
    <w:multiLevelType w:val="multilevel"/>
    <w:tmpl w:val="E1040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7B71CB"/>
    <w:multiLevelType w:val="multilevel"/>
    <w:tmpl w:val="A348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C44050"/>
    <w:multiLevelType w:val="multilevel"/>
    <w:tmpl w:val="0408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FD14F1"/>
    <w:multiLevelType w:val="multilevel"/>
    <w:tmpl w:val="457E3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067342"/>
    <w:multiLevelType w:val="multilevel"/>
    <w:tmpl w:val="E262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0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BE5"/>
    <w:rsid w:val="0006063C"/>
    <w:rsid w:val="0015074B"/>
    <w:rsid w:val="0029639D"/>
    <w:rsid w:val="002B23CE"/>
    <w:rsid w:val="00326F90"/>
    <w:rsid w:val="003D47AD"/>
    <w:rsid w:val="004279C7"/>
    <w:rsid w:val="0069767E"/>
    <w:rsid w:val="007949A6"/>
    <w:rsid w:val="009D3E05"/>
    <w:rsid w:val="00AA1D8D"/>
    <w:rsid w:val="00B47730"/>
    <w:rsid w:val="00C83874"/>
    <w:rsid w:val="00CB0664"/>
    <w:rsid w:val="00DE692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52AF07"/>
  <w14:defaultImageDpi w14:val="300"/>
  <w15:docId w15:val="{220B6A6D-08E0-4C0C-94EA-4E47BFF9F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93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9DD6C6-0D7F-431B-A319-422BCA9AC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2476</Words>
  <Characters>14118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Irina Badea</cp:lastModifiedBy>
  <cp:revision>2</cp:revision>
  <dcterms:created xsi:type="dcterms:W3CDTF">2026-05-11T11:41:00Z</dcterms:created>
  <dcterms:modified xsi:type="dcterms:W3CDTF">2026-05-11T11:41:00Z</dcterms:modified>
  <cp:category/>
</cp:coreProperties>
</file>